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97011" w14:textId="77777777" w:rsidR="00501931" w:rsidRDefault="00000000">
      <w:pPr>
        <w:spacing w:after="40"/>
        <w:jc w:val="center"/>
      </w:pPr>
      <w:r>
        <w:rPr>
          <w:noProof/>
        </w:rPr>
        <w:drawing>
          <wp:inline distT="0" distB="0" distL="0" distR="0" wp14:anchorId="68632628" wp14:editId="3EBBB954">
            <wp:extent cx="810000" cy="89419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villedieu_cropped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10000" cy="894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D2A8B" w14:textId="77777777" w:rsidR="00501931" w:rsidRPr="003E5724" w:rsidRDefault="00000000">
      <w:pPr>
        <w:spacing w:after="0"/>
        <w:jc w:val="center"/>
        <w:rPr>
          <w:rFonts w:ascii="Calibri" w:hAnsi="Calibri" w:cs="Calibri"/>
        </w:rPr>
      </w:pPr>
      <w:r w:rsidRPr="003E5724">
        <w:rPr>
          <w:rFonts w:ascii="Calibri" w:hAnsi="Calibri" w:cs="Calibri"/>
          <w:color w:val="0F2433"/>
          <w:sz w:val="56"/>
        </w:rPr>
        <w:t>Bourse du Legs Marcilly</w:t>
      </w:r>
    </w:p>
    <w:p w14:paraId="3FF605B1" w14:textId="77777777" w:rsidR="00501931" w:rsidRPr="003E5724" w:rsidRDefault="00000000">
      <w:pPr>
        <w:spacing w:after="40"/>
        <w:jc w:val="center"/>
        <w:rPr>
          <w:rFonts w:ascii="Calibri" w:hAnsi="Calibri" w:cs="Calibri"/>
        </w:rPr>
      </w:pPr>
      <w:r w:rsidRPr="003E5724">
        <w:rPr>
          <w:rFonts w:ascii="Calibri" w:hAnsi="Calibri" w:cs="Calibri"/>
          <w:color w:val="D79A22"/>
          <w:sz w:val="36"/>
        </w:rPr>
        <w:t>—  Fiche de renseignements  —</w:t>
      </w:r>
    </w:p>
    <w:p w14:paraId="5C45200E" w14:textId="77777777" w:rsidR="00501931" w:rsidRPr="003E5724" w:rsidRDefault="00000000">
      <w:pPr>
        <w:spacing w:after="40"/>
        <w:jc w:val="center"/>
        <w:rPr>
          <w:rFonts w:ascii="Calibri" w:hAnsi="Calibri" w:cs="Calibri"/>
          <w:sz w:val="22"/>
        </w:rPr>
      </w:pPr>
      <w:r w:rsidRPr="003E5724">
        <w:rPr>
          <w:rFonts w:ascii="Calibri" w:hAnsi="Calibri" w:cs="Calibri"/>
          <w:sz w:val="22"/>
        </w:rPr>
        <w:t>Association de Gestion du Legs Marcilly – Ville de Villedieu-sur-Indre</w:t>
      </w:r>
    </w:p>
    <w:tbl>
      <w:tblPr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6"/>
        <w:gridCol w:w="677"/>
        <w:gridCol w:w="4705"/>
        <w:gridCol w:w="4203"/>
        <w:gridCol w:w="48"/>
      </w:tblGrid>
      <w:tr w:rsidR="00501931" w:rsidRPr="003E5724" w14:paraId="729FE312" w14:textId="77777777" w:rsidTr="003E5724">
        <w:trPr>
          <w:gridAfter w:val="1"/>
          <w:wAfter w:w="48" w:type="dxa"/>
          <w:jc w:val="center"/>
        </w:trPr>
        <w:tc>
          <w:tcPr>
            <w:tcW w:w="6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EBA13C" w14:textId="77777777" w:rsidR="00501931" w:rsidRPr="003E5724" w:rsidRDefault="00000000">
            <w:pPr>
              <w:jc w:val="center"/>
              <w:rPr>
                <w:rFonts w:ascii="Calibri" w:hAnsi="Calibri" w:cs="Calibri"/>
              </w:rPr>
            </w:pPr>
            <w:r w:rsidRPr="003E5724">
              <w:rPr>
                <w:rFonts w:ascii="Calibri" w:hAnsi="Calibri" w:cs="Calibri"/>
                <w:noProof/>
              </w:rPr>
              <w:drawing>
                <wp:inline distT="0" distB="0" distL="0" distR="0" wp14:anchorId="42C19B77" wp14:editId="1875F6CE">
                  <wp:extent cx="306000" cy="3060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p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00" cy="30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956712" w14:textId="77777777" w:rsidR="00501931" w:rsidRPr="003E5724" w:rsidRDefault="00000000">
            <w:pPr>
              <w:spacing w:after="0"/>
              <w:rPr>
                <w:rFonts w:ascii="Calibri" w:hAnsi="Calibri" w:cs="Calibri"/>
              </w:rPr>
            </w:pPr>
            <w:r w:rsidRPr="003E5724">
              <w:rPr>
                <w:rFonts w:ascii="Calibri" w:hAnsi="Calibri" w:cs="Calibri"/>
                <w:b/>
                <w:color w:val="D79A22"/>
                <w:sz w:val="23"/>
              </w:rPr>
              <w:t>1. CANDIDAT BOURSIER</w:t>
            </w:r>
          </w:p>
        </w:tc>
      </w:tr>
      <w:tr w:rsidR="00501931" w:rsidRPr="003E5724" w14:paraId="7FBDD17D" w14:textId="77777777" w:rsidTr="003E5724">
        <w:trPr>
          <w:gridBefore w:val="1"/>
          <w:wBefore w:w="6" w:type="dxa"/>
          <w:jc w:val="center"/>
        </w:trPr>
        <w:tc>
          <w:tcPr>
            <w:tcW w:w="5382" w:type="dxa"/>
            <w:gridSpan w:val="2"/>
            <w:tcBorders>
              <w:top w:val="single" w:sz="6" w:space="0" w:color="D79A22"/>
              <w:left w:val="single" w:sz="6" w:space="0" w:color="D79A22"/>
              <w:bottom w:val="single" w:sz="6" w:space="0" w:color="D79A22"/>
              <w:right w:val="single" w:sz="6" w:space="0" w:color="D79A22"/>
            </w:tcBorders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7AD718F4" w14:textId="77777777" w:rsidR="00501931" w:rsidRPr="003E5724" w:rsidRDefault="00000000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proofErr w:type="gramStart"/>
            <w:r w:rsidRPr="003E5724">
              <w:rPr>
                <w:rFonts w:asciiTheme="majorHAnsi" w:hAnsiTheme="majorHAnsi" w:cstheme="majorHAnsi"/>
                <w:b/>
                <w:sz w:val="22"/>
              </w:rPr>
              <w:t>Nom  :</w:t>
            </w:r>
            <w:proofErr w:type="gramEnd"/>
            <w:r w:rsidRPr="003E5724">
              <w:rPr>
                <w:rFonts w:asciiTheme="majorHAnsi" w:hAnsiTheme="majorHAnsi" w:cstheme="majorHAnsi"/>
                <w:sz w:val="22"/>
              </w:rPr>
              <w:t xml:space="preserve"> ........................................................</w:t>
            </w:r>
          </w:p>
        </w:tc>
        <w:tc>
          <w:tcPr>
            <w:tcW w:w="4251" w:type="dxa"/>
            <w:gridSpan w:val="2"/>
            <w:tcBorders>
              <w:top w:val="single" w:sz="6" w:space="0" w:color="D79A22"/>
              <w:left w:val="single" w:sz="6" w:space="0" w:color="D79A22"/>
              <w:bottom w:val="single" w:sz="6" w:space="0" w:color="D79A22"/>
              <w:right w:val="single" w:sz="6" w:space="0" w:color="D79A22"/>
            </w:tcBorders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28E54CBE" w14:textId="77777777" w:rsidR="00501931" w:rsidRPr="003E5724" w:rsidRDefault="00000000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proofErr w:type="gramStart"/>
            <w:r w:rsidRPr="003E5724">
              <w:rPr>
                <w:rFonts w:asciiTheme="majorHAnsi" w:hAnsiTheme="majorHAnsi" w:cstheme="majorHAnsi"/>
                <w:b/>
                <w:sz w:val="22"/>
              </w:rPr>
              <w:t>Prénom  :</w:t>
            </w:r>
            <w:proofErr w:type="gramEnd"/>
            <w:r w:rsidRPr="003E5724">
              <w:rPr>
                <w:rFonts w:asciiTheme="majorHAnsi" w:hAnsiTheme="majorHAnsi" w:cstheme="majorHAnsi"/>
                <w:sz w:val="22"/>
              </w:rPr>
              <w:t xml:space="preserve"> ........................................................</w:t>
            </w:r>
          </w:p>
        </w:tc>
      </w:tr>
      <w:tr w:rsidR="00501931" w:rsidRPr="003E5724" w14:paraId="66D17E2C" w14:textId="77777777" w:rsidTr="003E5724">
        <w:trPr>
          <w:gridBefore w:val="1"/>
          <w:wBefore w:w="6" w:type="dxa"/>
          <w:jc w:val="center"/>
        </w:trPr>
        <w:tc>
          <w:tcPr>
            <w:tcW w:w="5382" w:type="dxa"/>
            <w:gridSpan w:val="2"/>
            <w:tcBorders>
              <w:top w:val="single" w:sz="6" w:space="0" w:color="D79A22"/>
              <w:left w:val="single" w:sz="6" w:space="0" w:color="D79A22"/>
              <w:bottom w:val="single" w:sz="6" w:space="0" w:color="D79A22"/>
              <w:right w:val="single" w:sz="6" w:space="0" w:color="D79A22"/>
            </w:tcBorders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301A98A7" w14:textId="77777777" w:rsidR="00501931" w:rsidRPr="003E5724" w:rsidRDefault="00000000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r w:rsidRPr="003E5724">
              <w:rPr>
                <w:rFonts w:asciiTheme="majorHAnsi" w:hAnsiTheme="majorHAnsi" w:cstheme="majorHAnsi"/>
                <w:b/>
                <w:sz w:val="22"/>
              </w:rPr>
              <w:t xml:space="preserve">Date de </w:t>
            </w:r>
            <w:proofErr w:type="gramStart"/>
            <w:r w:rsidRPr="003E5724">
              <w:rPr>
                <w:rFonts w:asciiTheme="majorHAnsi" w:hAnsiTheme="majorHAnsi" w:cstheme="majorHAnsi"/>
                <w:b/>
                <w:sz w:val="22"/>
              </w:rPr>
              <w:t>naissance  :</w:t>
            </w:r>
            <w:proofErr w:type="gramEnd"/>
            <w:r w:rsidRPr="003E5724">
              <w:rPr>
                <w:rFonts w:asciiTheme="majorHAnsi" w:hAnsiTheme="majorHAnsi" w:cstheme="majorHAnsi"/>
                <w:sz w:val="22"/>
              </w:rPr>
              <w:t xml:space="preserve"> ............ / ............ / ............</w:t>
            </w:r>
          </w:p>
        </w:tc>
        <w:tc>
          <w:tcPr>
            <w:tcW w:w="4251" w:type="dxa"/>
            <w:gridSpan w:val="2"/>
            <w:tcBorders>
              <w:top w:val="single" w:sz="6" w:space="0" w:color="D79A22"/>
              <w:left w:val="single" w:sz="6" w:space="0" w:color="D79A22"/>
              <w:bottom w:val="single" w:sz="6" w:space="0" w:color="D79A22"/>
              <w:right w:val="single" w:sz="6" w:space="0" w:color="D79A22"/>
            </w:tcBorders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075F1C68" w14:textId="77777777" w:rsidR="00501931" w:rsidRPr="003E5724" w:rsidRDefault="00000000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proofErr w:type="gramStart"/>
            <w:r w:rsidRPr="003E5724">
              <w:rPr>
                <w:rFonts w:asciiTheme="majorHAnsi" w:hAnsiTheme="majorHAnsi" w:cstheme="majorHAnsi"/>
                <w:b/>
                <w:sz w:val="22"/>
              </w:rPr>
              <w:t>Téléphone  :</w:t>
            </w:r>
            <w:proofErr w:type="gramEnd"/>
            <w:r w:rsidRPr="003E5724">
              <w:rPr>
                <w:rFonts w:asciiTheme="majorHAnsi" w:hAnsiTheme="majorHAnsi" w:cstheme="majorHAnsi"/>
                <w:sz w:val="22"/>
              </w:rPr>
              <w:t xml:space="preserve"> ....................................................</w:t>
            </w:r>
          </w:p>
        </w:tc>
      </w:tr>
      <w:tr w:rsidR="00501931" w:rsidRPr="003E5724" w14:paraId="3CD490AF" w14:textId="77777777" w:rsidTr="003E5724">
        <w:trPr>
          <w:gridBefore w:val="1"/>
          <w:wBefore w:w="6" w:type="dxa"/>
          <w:jc w:val="center"/>
        </w:trPr>
        <w:tc>
          <w:tcPr>
            <w:tcW w:w="9633" w:type="dxa"/>
            <w:gridSpan w:val="4"/>
            <w:tcBorders>
              <w:top w:val="single" w:sz="6" w:space="0" w:color="D79A22"/>
              <w:left w:val="single" w:sz="6" w:space="0" w:color="D79A22"/>
              <w:bottom w:val="single" w:sz="6" w:space="0" w:color="D79A22"/>
              <w:right w:val="single" w:sz="6" w:space="0" w:color="D79A22"/>
            </w:tcBorders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0DE24743" w14:textId="77777777" w:rsidR="00501931" w:rsidRPr="003E5724" w:rsidRDefault="00000000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proofErr w:type="gramStart"/>
            <w:r w:rsidRPr="003E5724">
              <w:rPr>
                <w:rFonts w:asciiTheme="majorHAnsi" w:hAnsiTheme="majorHAnsi" w:cstheme="majorHAnsi"/>
                <w:b/>
                <w:sz w:val="22"/>
              </w:rPr>
              <w:t>Courriel  :</w:t>
            </w:r>
            <w:proofErr w:type="gramEnd"/>
            <w:r w:rsidRPr="003E5724">
              <w:rPr>
                <w:rFonts w:asciiTheme="majorHAnsi" w:hAnsiTheme="majorHAnsi" w:cstheme="majorHAnsi"/>
                <w:sz w:val="22"/>
              </w:rPr>
              <w:t xml:space="preserve"> ................................................................................................................</w:t>
            </w:r>
          </w:p>
        </w:tc>
      </w:tr>
      <w:tr w:rsidR="00501931" w:rsidRPr="003E5724" w14:paraId="6586B47D" w14:textId="77777777" w:rsidTr="003E5724">
        <w:trPr>
          <w:gridBefore w:val="1"/>
          <w:wBefore w:w="6" w:type="dxa"/>
          <w:jc w:val="center"/>
        </w:trPr>
        <w:tc>
          <w:tcPr>
            <w:tcW w:w="9633" w:type="dxa"/>
            <w:gridSpan w:val="4"/>
            <w:tcBorders>
              <w:top w:val="single" w:sz="6" w:space="0" w:color="D79A22"/>
              <w:left w:val="single" w:sz="6" w:space="0" w:color="D79A22"/>
              <w:bottom w:val="single" w:sz="6" w:space="0" w:color="D79A22"/>
              <w:right w:val="single" w:sz="6" w:space="0" w:color="D79A22"/>
            </w:tcBorders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41BF5E05" w14:textId="77777777" w:rsidR="00501931" w:rsidRPr="003E5724" w:rsidRDefault="00000000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r w:rsidRPr="003E5724">
              <w:rPr>
                <w:rFonts w:asciiTheme="majorHAnsi" w:hAnsiTheme="majorHAnsi" w:cstheme="majorHAnsi"/>
                <w:b/>
                <w:sz w:val="22"/>
              </w:rPr>
              <w:t xml:space="preserve">Adresse de </w:t>
            </w:r>
            <w:proofErr w:type="gramStart"/>
            <w:r w:rsidRPr="003E5724">
              <w:rPr>
                <w:rFonts w:asciiTheme="majorHAnsi" w:hAnsiTheme="majorHAnsi" w:cstheme="majorHAnsi"/>
                <w:b/>
                <w:sz w:val="22"/>
              </w:rPr>
              <w:t>résidence  :</w:t>
            </w:r>
            <w:proofErr w:type="gramEnd"/>
            <w:r w:rsidRPr="003E5724">
              <w:rPr>
                <w:rFonts w:asciiTheme="majorHAnsi" w:hAnsiTheme="majorHAnsi" w:cstheme="majorHAnsi"/>
                <w:sz w:val="22"/>
              </w:rPr>
              <w:t xml:space="preserve"> ................................................................................................................</w:t>
            </w:r>
          </w:p>
        </w:tc>
      </w:tr>
      <w:tr w:rsidR="00501931" w:rsidRPr="003E5724" w14:paraId="03978BAC" w14:textId="77777777" w:rsidTr="003E5724">
        <w:trPr>
          <w:gridBefore w:val="1"/>
          <w:wBefore w:w="6" w:type="dxa"/>
          <w:jc w:val="center"/>
        </w:trPr>
        <w:tc>
          <w:tcPr>
            <w:tcW w:w="5382" w:type="dxa"/>
            <w:gridSpan w:val="2"/>
            <w:tcBorders>
              <w:top w:val="single" w:sz="6" w:space="0" w:color="D79A22"/>
              <w:left w:val="single" w:sz="6" w:space="0" w:color="D79A22"/>
              <w:bottom w:val="single" w:sz="6" w:space="0" w:color="D79A22"/>
              <w:right w:val="single" w:sz="6" w:space="0" w:color="D79A22"/>
            </w:tcBorders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7BC714F8" w14:textId="254AAC20" w:rsidR="00501931" w:rsidRPr="003E5724" w:rsidRDefault="00000000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r w:rsidRPr="003E5724">
              <w:rPr>
                <w:rFonts w:asciiTheme="majorHAnsi" w:hAnsiTheme="majorHAnsi" w:cstheme="majorHAnsi"/>
                <w:b/>
                <w:sz w:val="22"/>
              </w:rPr>
              <w:t xml:space="preserve">Situation de </w:t>
            </w:r>
            <w:proofErr w:type="gramStart"/>
            <w:r w:rsidRPr="003E5724">
              <w:rPr>
                <w:rFonts w:asciiTheme="majorHAnsi" w:hAnsiTheme="majorHAnsi" w:cstheme="majorHAnsi"/>
                <w:b/>
                <w:sz w:val="22"/>
              </w:rPr>
              <w:t>famille  :</w:t>
            </w:r>
            <w:proofErr w:type="gramEnd"/>
            <w:r w:rsidRPr="003E5724"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3E5724">
              <w:rPr>
                <w:rFonts w:ascii="Segoe UI Symbol" w:hAnsi="Segoe UI Symbol" w:cs="Segoe UI Symbol"/>
                <w:sz w:val="22"/>
              </w:rPr>
              <w:t>☐</w:t>
            </w:r>
            <w:r w:rsidRPr="003E5724">
              <w:rPr>
                <w:rFonts w:asciiTheme="majorHAnsi" w:hAnsiTheme="majorHAnsi" w:cstheme="majorHAnsi"/>
                <w:sz w:val="22"/>
              </w:rPr>
              <w:t xml:space="preserve"> Célibataire   </w:t>
            </w:r>
            <w:r w:rsidRPr="003E5724">
              <w:rPr>
                <w:rFonts w:ascii="Segoe UI Symbol" w:hAnsi="Segoe UI Symbol" w:cs="Segoe UI Symbol"/>
                <w:sz w:val="22"/>
              </w:rPr>
              <w:t>☐</w:t>
            </w:r>
            <w:r w:rsidRPr="003E5724">
              <w:rPr>
                <w:rFonts w:asciiTheme="majorHAnsi" w:hAnsiTheme="majorHAnsi" w:cstheme="majorHAnsi"/>
                <w:sz w:val="22"/>
              </w:rPr>
              <w:t xml:space="preserve"> </w:t>
            </w:r>
            <w:proofErr w:type="spellStart"/>
            <w:r w:rsidRPr="003E5724">
              <w:rPr>
                <w:rFonts w:asciiTheme="majorHAnsi" w:hAnsiTheme="majorHAnsi" w:cstheme="majorHAnsi"/>
                <w:sz w:val="22"/>
              </w:rPr>
              <w:t>Marié</w:t>
            </w:r>
            <w:proofErr w:type="spellEnd"/>
            <w:r w:rsidRPr="003E5724">
              <w:rPr>
                <w:rFonts w:asciiTheme="majorHAnsi" w:hAnsiTheme="majorHAnsi" w:cstheme="majorHAnsi"/>
                <w:sz w:val="22"/>
              </w:rPr>
              <w:t xml:space="preserve">(e) </w:t>
            </w:r>
            <w:proofErr w:type="spellStart"/>
            <w:r w:rsidRPr="003E5724">
              <w:rPr>
                <w:rFonts w:asciiTheme="majorHAnsi" w:hAnsiTheme="majorHAnsi" w:cstheme="majorHAnsi"/>
                <w:sz w:val="22"/>
              </w:rPr>
              <w:t>ou</w:t>
            </w:r>
            <w:proofErr w:type="spellEnd"/>
            <w:r w:rsidRPr="003E5724">
              <w:rPr>
                <w:rFonts w:asciiTheme="majorHAnsi" w:hAnsiTheme="majorHAnsi" w:cstheme="majorHAnsi"/>
                <w:sz w:val="22"/>
              </w:rPr>
              <w:t xml:space="preserve"> PACS </w:t>
            </w:r>
            <w:r w:rsidRPr="003E5724">
              <w:rPr>
                <w:rFonts w:ascii="Segoe UI Symbol" w:hAnsi="Segoe UI Symbol" w:cs="Segoe UI Symbol"/>
                <w:sz w:val="22"/>
              </w:rPr>
              <w:t>☐</w:t>
            </w:r>
            <w:r w:rsidRPr="003E5724">
              <w:rPr>
                <w:rFonts w:asciiTheme="majorHAnsi" w:hAnsiTheme="majorHAnsi" w:cstheme="majorHAnsi"/>
                <w:sz w:val="22"/>
              </w:rPr>
              <w:t xml:space="preserve"> En concubinage</w:t>
            </w:r>
          </w:p>
        </w:tc>
        <w:tc>
          <w:tcPr>
            <w:tcW w:w="4251" w:type="dxa"/>
            <w:gridSpan w:val="2"/>
            <w:tcBorders>
              <w:top w:val="single" w:sz="6" w:space="0" w:color="D79A22"/>
              <w:left w:val="single" w:sz="6" w:space="0" w:color="D79A22"/>
              <w:bottom w:val="single" w:sz="6" w:space="0" w:color="D79A22"/>
              <w:right w:val="single" w:sz="6" w:space="0" w:color="D79A22"/>
            </w:tcBorders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1F7C6E13" w14:textId="77777777" w:rsidR="00501931" w:rsidRPr="003E5724" w:rsidRDefault="00000000">
            <w:pPr>
              <w:spacing w:after="0"/>
              <w:rPr>
                <w:rFonts w:asciiTheme="majorHAnsi" w:hAnsiTheme="majorHAnsi" w:cstheme="majorHAnsi"/>
                <w:sz w:val="22"/>
              </w:rPr>
            </w:pPr>
            <w:r w:rsidRPr="003E5724">
              <w:rPr>
                <w:rFonts w:asciiTheme="majorHAnsi" w:hAnsiTheme="majorHAnsi" w:cstheme="majorHAnsi"/>
                <w:b/>
                <w:sz w:val="22"/>
              </w:rPr>
              <w:t xml:space="preserve">Nombre d’enfants à </w:t>
            </w:r>
            <w:proofErr w:type="gramStart"/>
            <w:r w:rsidRPr="003E5724">
              <w:rPr>
                <w:rFonts w:asciiTheme="majorHAnsi" w:hAnsiTheme="majorHAnsi" w:cstheme="majorHAnsi"/>
                <w:b/>
                <w:sz w:val="22"/>
              </w:rPr>
              <w:t>charge  :</w:t>
            </w:r>
            <w:proofErr w:type="gramEnd"/>
            <w:r w:rsidRPr="003E5724">
              <w:rPr>
                <w:rFonts w:asciiTheme="majorHAnsi" w:hAnsiTheme="majorHAnsi" w:cstheme="majorHAnsi"/>
                <w:sz w:val="22"/>
              </w:rPr>
              <w:t xml:space="preserve"> ........................</w:t>
            </w:r>
          </w:p>
        </w:tc>
      </w:tr>
    </w:tbl>
    <w:p w14:paraId="67D604DF" w14:textId="77777777" w:rsidR="00501931" w:rsidRPr="003E5724" w:rsidRDefault="00501931">
      <w:pPr>
        <w:spacing w:after="20"/>
        <w:rPr>
          <w:rFonts w:ascii="Calibri" w:hAnsi="Calibri" w:cs="Calibri"/>
        </w:rPr>
      </w:pPr>
    </w:p>
    <w:tbl>
      <w:tblPr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6"/>
        <w:gridCol w:w="677"/>
        <w:gridCol w:w="4705"/>
        <w:gridCol w:w="4203"/>
        <w:gridCol w:w="48"/>
      </w:tblGrid>
      <w:tr w:rsidR="00501931" w:rsidRPr="003E5724" w14:paraId="4F0318A5" w14:textId="77777777" w:rsidTr="003E5724">
        <w:trPr>
          <w:gridAfter w:val="1"/>
          <w:wAfter w:w="48" w:type="dxa"/>
          <w:jc w:val="center"/>
        </w:trPr>
        <w:tc>
          <w:tcPr>
            <w:tcW w:w="6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85D27B" w14:textId="77777777" w:rsidR="00501931" w:rsidRPr="003E5724" w:rsidRDefault="00000000">
            <w:pPr>
              <w:jc w:val="center"/>
              <w:rPr>
                <w:rFonts w:ascii="Calibri" w:hAnsi="Calibri" w:cs="Calibri"/>
              </w:rPr>
            </w:pPr>
            <w:r w:rsidRPr="003E5724">
              <w:rPr>
                <w:rFonts w:ascii="Calibri" w:hAnsi="Calibri" w:cs="Calibri"/>
                <w:noProof/>
              </w:rPr>
              <w:drawing>
                <wp:inline distT="0" distB="0" distL="0" distR="0" wp14:anchorId="0089F6C2" wp14:editId="47CC339D">
                  <wp:extent cx="306000" cy="3060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amily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00" cy="30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E868A3" w14:textId="77777777" w:rsidR="00501931" w:rsidRPr="003E5724" w:rsidRDefault="00000000">
            <w:pPr>
              <w:spacing w:after="0"/>
              <w:rPr>
                <w:rFonts w:ascii="Calibri" w:hAnsi="Calibri" w:cs="Calibri"/>
              </w:rPr>
            </w:pPr>
            <w:r w:rsidRPr="003E5724">
              <w:rPr>
                <w:rFonts w:ascii="Calibri" w:hAnsi="Calibri" w:cs="Calibri"/>
                <w:b/>
                <w:color w:val="D79A22"/>
                <w:sz w:val="23"/>
              </w:rPr>
              <w:t>2. PARENTS OU REPRÉSENTANT LÉGAL</w:t>
            </w:r>
          </w:p>
        </w:tc>
      </w:tr>
      <w:tr w:rsidR="00501931" w:rsidRPr="003E5724" w14:paraId="7BB190D3" w14:textId="77777777" w:rsidTr="003E5724">
        <w:trPr>
          <w:gridBefore w:val="1"/>
          <w:wBefore w:w="6" w:type="dxa"/>
          <w:jc w:val="center"/>
        </w:trPr>
        <w:tc>
          <w:tcPr>
            <w:tcW w:w="5382" w:type="dxa"/>
            <w:gridSpan w:val="2"/>
            <w:tcBorders>
              <w:top w:val="single" w:sz="6" w:space="0" w:color="D79A22"/>
              <w:left w:val="single" w:sz="6" w:space="0" w:color="D79A22"/>
              <w:bottom w:val="single" w:sz="6" w:space="0" w:color="D79A22"/>
              <w:right w:val="single" w:sz="6" w:space="0" w:color="D79A22"/>
            </w:tcBorders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44D54D34" w14:textId="77777777" w:rsidR="00501931" w:rsidRPr="003E5724" w:rsidRDefault="00000000">
            <w:pPr>
              <w:spacing w:after="0"/>
              <w:rPr>
                <w:rFonts w:ascii="Calibri" w:hAnsi="Calibri" w:cs="Calibri"/>
                <w:sz w:val="22"/>
              </w:rPr>
            </w:pPr>
            <w:proofErr w:type="gramStart"/>
            <w:r w:rsidRPr="003E5724">
              <w:rPr>
                <w:rFonts w:ascii="Calibri" w:hAnsi="Calibri" w:cs="Calibri"/>
                <w:b/>
                <w:sz w:val="22"/>
              </w:rPr>
              <w:t>Nom  :</w:t>
            </w:r>
            <w:proofErr w:type="gramEnd"/>
            <w:r w:rsidRPr="003E5724">
              <w:rPr>
                <w:rFonts w:ascii="Calibri" w:hAnsi="Calibri" w:cs="Calibri"/>
                <w:sz w:val="22"/>
              </w:rPr>
              <w:t xml:space="preserve"> ........................................................</w:t>
            </w:r>
          </w:p>
        </w:tc>
        <w:tc>
          <w:tcPr>
            <w:tcW w:w="4251" w:type="dxa"/>
            <w:gridSpan w:val="2"/>
            <w:tcBorders>
              <w:top w:val="single" w:sz="6" w:space="0" w:color="D79A22"/>
              <w:left w:val="single" w:sz="6" w:space="0" w:color="D79A22"/>
              <w:bottom w:val="single" w:sz="6" w:space="0" w:color="D79A22"/>
              <w:right w:val="single" w:sz="6" w:space="0" w:color="D79A22"/>
            </w:tcBorders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45FFA6DF" w14:textId="77777777" w:rsidR="00501931" w:rsidRPr="003E5724" w:rsidRDefault="00000000">
            <w:pPr>
              <w:spacing w:after="0"/>
              <w:rPr>
                <w:rFonts w:ascii="Calibri" w:hAnsi="Calibri" w:cs="Calibri"/>
                <w:sz w:val="22"/>
              </w:rPr>
            </w:pPr>
            <w:proofErr w:type="gramStart"/>
            <w:r w:rsidRPr="003E5724">
              <w:rPr>
                <w:rFonts w:ascii="Calibri" w:hAnsi="Calibri" w:cs="Calibri"/>
                <w:b/>
                <w:sz w:val="22"/>
              </w:rPr>
              <w:t>Prénom  :</w:t>
            </w:r>
            <w:proofErr w:type="gramEnd"/>
            <w:r w:rsidRPr="003E5724">
              <w:rPr>
                <w:rFonts w:ascii="Calibri" w:hAnsi="Calibri" w:cs="Calibri"/>
                <w:sz w:val="22"/>
              </w:rPr>
              <w:t xml:space="preserve"> ........................................................</w:t>
            </w:r>
          </w:p>
        </w:tc>
      </w:tr>
      <w:tr w:rsidR="00501931" w:rsidRPr="003E5724" w14:paraId="3EE4A111" w14:textId="77777777" w:rsidTr="003E5724">
        <w:trPr>
          <w:gridBefore w:val="1"/>
          <w:wBefore w:w="6" w:type="dxa"/>
          <w:jc w:val="center"/>
        </w:trPr>
        <w:tc>
          <w:tcPr>
            <w:tcW w:w="9633" w:type="dxa"/>
            <w:gridSpan w:val="4"/>
            <w:tcBorders>
              <w:top w:val="single" w:sz="6" w:space="0" w:color="D79A22"/>
              <w:left w:val="single" w:sz="6" w:space="0" w:color="D79A22"/>
              <w:bottom w:val="single" w:sz="6" w:space="0" w:color="D79A22"/>
              <w:right w:val="single" w:sz="6" w:space="0" w:color="D79A22"/>
            </w:tcBorders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660DEA5B" w14:textId="77777777" w:rsidR="00501931" w:rsidRPr="003E5724" w:rsidRDefault="00000000">
            <w:pPr>
              <w:spacing w:after="0"/>
              <w:rPr>
                <w:rFonts w:ascii="Calibri" w:hAnsi="Calibri" w:cs="Calibri"/>
                <w:sz w:val="22"/>
              </w:rPr>
            </w:pPr>
            <w:r w:rsidRPr="003E5724">
              <w:rPr>
                <w:rFonts w:ascii="Calibri" w:hAnsi="Calibri" w:cs="Calibri"/>
                <w:b/>
                <w:sz w:val="22"/>
              </w:rPr>
              <w:t xml:space="preserve">Adresse de </w:t>
            </w:r>
            <w:proofErr w:type="gramStart"/>
            <w:r w:rsidRPr="003E5724">
              <w:rPr>
                <w:rFonts w:ascii="Calibri" w:hAnsi="Calibri" w:cs="Calibri"/>
                <w:b/>
                <w:sz w:val="22"/>
              </w:rPr>
              <w:t>résidence  :</w:t>
            </w:r>
            <w:proofErr w:type="gramEnd"/>
            <w:r w:rsidRPr="003E5724">
              <w:rPr>
                <w:rFonts w:ascii="Calibri" w:hAnsi="Calibri" w:cs="Calibri"/>
                <w:sz w:val="22"/>
              </w:rPr>
              <w:t xml:space="preserve"> ................................................................................................................</w:t>
            </w:r>
          </w:p>
        </w:tc>
      </w:tr>
      <w:tr w:rsidR="00501931" w:rsidRPr="003E5724" w14:paraId="5348428E" w14:textId="77777777" w:rsidTr="003E5724">
        <w:trPr>
          <w:gridBefore w:val="1"/>
          <w:wBefore w:w="6" w:type="dxa"/>
          <w:jc w:val="center"/>
        </w:trPr>
        <w:tc>
          <w:tcPr>
            <w:tcW w:w="5382" w:type="dxa"/>
            <w:gridSpan w:val="2"/>
            <w:tcBorders>
              <w:top w:val="single" w:sz="6" w:space="0" w:color="D79A22"/>
              <w:left w:val="single" w:sz="6" w:space="0" w:color="D79A22"/>
              <w:bottom w:val="single" w:sz="6" w:space="0" w:color="D79A22"/>
              <w:right w:val="single" w:sz="6" w:space="0" w:color="D79A22"/>
            </w:tcBorders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6403D441" w14:textId="77777777" w:rsidR="00501931" w:rsidRPr="003E5724" w:rsidRDefault="00000000">
            <w:pPr>
              <w:spacing w:after="0"/>
              <w:rPr>
                <w:rFonts w:ascii="Calibri" w:hAnsi="Calibri" w:cs="Calibri"/>
                <w:sz w:val="22"/>
              </w:rPr>
            </w:pPr>
            <w:proofErr w:type="gramStart"/>
            <w:r w:rsidRPr="003E5724">
              <w:rPr>
                <w:rFonts w:ascii="Calibri" w:hAnsi="Calibri" w:cs="Calibri"/>
                <w:b/>
                <w:sz w:val="22"/>
              </w:rPr>
              <w:t>Téléphone  :</w:t>
            </w:r>
            <w:proofErr w:type="gramEnd"/>
            <w:r w:rsidRPr="003E5724">
              <w:rPr>
                <w:rFonts w:ascii="Calibri" w:hAnsi="Calibri" w:cs="Calibri"/>
                <w:sz w:val="22"/>
              </w:rPr>
              <w:t xml:space="preserve"> ................................................</w:t>
            </w:r>
          </w:p>
        </w:tc>
        <w:tc>
          <w:tcPr>
            <w:tcW w:w="4251" w:type="dxa"/>
            <w:gridSpan w:val="2"/>
            <w:tcBorders>
              <w:top w:val="single" w:sz="6" w:space="0" w:color="D79A22"/>
              <w:left w:val="single" w:sz="6" w:space="0" w:color="D79A22"/>
              <w:bottom w:val="single" w:sz="6" w:space="0" w:color="D79A22"/>
              <w:right w:val="single" w:sz="6" w:space="0" w:color="D79A22"/>
            </w:tcBorders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01F29B9B" w14:textId="77777777" w:rsidR="00501931" w:rsidRPr="003E5724" w:rsidRDefault="00501931">
            <w:pPr>
              <w:spacing w:after="0"/>
              <w:rPr>
                <w:rFonts w:ascii="Calibri" w:hAnsi="Calibri" w:cs="Calibri"/>
                <w:sz w:val="22"/>
              </w:rPr>
            </w:pPr>
          </w:p>
        </w:tc>
      </w:tr>
      <w:tr w:rsidR="00501931" w:rsidRPr="003E5724" w14:paraId="6D250B6F" w14:textId="77777777" w:rsidTr="003E5724">
        <w:trPr>
          <w:gridBefore w:val="1"/>
          <w:wBefore w:w="6" w:type="dxa"/>
          <w:jc w:val="center"/>
        </w:trPr>
        <w:tc>
          <w:tcPr>
            <w:tcW w:w="5382" w:type="dxa"/>
            <w:gridSpan w:val="2"/>
            <w:tcBorders>
              <w:top w:val="single" w:sz="6" w:space="0" w:color="D79A22"/>
              <w:left w:val="single" w:sz="6" w:space="0" w:color="D79A22"/>
              <w:bottom w:val="single" w:sz="6" w:space="0" w:color="D79A22"/>
              <w:right w:val="single" w:sz="6" w:space="0" w:color="D79A22"/>
            </w:tcBorders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162E12BD" w14:textId="0FE7D9B3" w:rsidR="00501931" w:rsidRPr="003E5724" w:rsidRDefault="00000000">
            <w:pPr>
              <w:spacing w:after="0"/>
              <w:rPr>
                <w:rFonts w:ascii="Calibri" w:hAnsi="Calibri" w:cs="Calibri"/>
                <w:sz w:val="22"/>
              </w:rPr>
            </w:pPr>
            <w:r w:rsidRPr="003E5724">
              <w:rPr>
                <w:rFonts w:ascii="Calibri" w:hAnsi="Calibri" w:cs="Calibri"/>
                <w:b/>
                <w:sz w:val="22"/>
              </w:rPr>
              <w:t xml:space="preserve">Situation de </w:t>
            </w:r>
            <w:proofErr w:type="gramStart"/>
            <w:r w:rsidRPr="003E5724">
              <w:rPr>
                <w:rFonts w:ascii="Calibri" w:hAnsi="Calibri" w:cs="Calibri"/>
                <w:b/>
                <w:sz w:val="22"/>
              </w:rPr>
              <w:t>famille  :</w:t>
            </w:r>
            <w:proofErr w:type="gramEnd"/>
            <w:r w:rsidRPr="003E5724">
              <w:rPr>
                <w:rFonts w:ascii="Calibri" w:hAnsi="Calibri" w:cs="Calibri"/>
                <w:sz w:val="22"/>
              </w:rPr>
              <w:t xml:space="preserve"> </w:t>
            </w:r>
            <w:r w:rsidRPr="003E5724">
              <w:rPr>
                <w:rFonts w:ascii="Segoe UI Symbol" w:hAnsi="Segoe UI Symbol" w:cs="Segoe UI Symbol"/>
                <w:sz w:val="22"/>
              </w:rPr>
              <w:t>☐</w:t>
            </w:r>
            <w:r w:rsidRPr="003E5724">
              <w:rPr>
                <w:rFonts w:ascii="Calibri" w:hAnsi="Calibri" w:cs="Calibri"/>
                <w:sz w:val="22"/>
              </w:rPr>
              <w:t xml:space="preserve"> Célibataire   </w:t>
            </w:r>
            <w:r w:rsidRPr="003E5724">
              <w:rPr>
                <w:rFonts w:ascii="Segoe UI Symbol" w:hAnsi="Segoe UI Symbol" w:cs="Segoe UI Symbol"/>
                <w:sz w:val="22"/>
              </w:rPr>
              <w:t>☐</w:t>
            </w:r>
            <w:r w:rsidRPr="003E5724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3E5724">
              <w:rPr>
                <w:rFonts w:ascii="Calibri" w:hAnsi="Calibri" w:cs="Calibri"/>
                <w:sz w:val="22"/>
              </w:rPr>
              <w:t>Marié</w:t>
            </w:r>
            <w:proofErr w:type="spellEnd"/>
            <w:r w:rsidRPr="003E5724">
              <w:rPr>
                <w:rFonts w:ascii="Calibri" w:hAnsi="Calibri" w:cs="Calibri"/>
                <w:sz w:val="22"/>
              </w:rPr>
              <w:t xml:space="preserve">(e) </w:t>
            </w:r>
            <w:proofErr w:type="spellStart"/>
            <w:r w:rsidRPr="003E5724">
              <w:rPr>
                <w:rFonts w:ascii="Calibri" w:hAnsi="Calibri" w:cs="Calibri"/>
                <w:sz w:val="22"/>
              </w:rPr>
              <w:t>ou</w:t>
            </w:r>
            <w:proofErr w:type="spellEnd"/>
            <w:r w:rsidRPr="003E5724">
              <w:rPr>
                <w:rFonts w:ascii="Calibri" w:hAnsi="Calibri" w:cs="Calibri"/>
                <w:sz w:val="22"/>
              </w:rPr>
              <w:t xml:space="preserve"> PACS</w:t>
            </w:r>
            <w:r w:rsidR="003E5724">
              <w:rPr>
                <w:rFonts w:ascii="Calibri" w:hAnsi="Calibri" w:cs="Calibri"/>
                <w:sz w:val="22"/>
              </w:rPr>
              <w:t xml:space="preserve"> </w:t>
            </w:r>
            <w:r w:rsidRPr="003E5724">
              <w:rPr>
                <w:rFonts w:ascii="Segoe UI Symbol" w:hAnsi="Segoe UI Symbol" w:cs="Segoe UI Symbol"/>
                <w:sz w:val="22"/>
              </w:rPr>
              <w:t>☐</w:t>
            </w:r>
            <w:r w:rsidRPr="003E5724">
              <w:rPr>
                <w:rFonts w:ascii="Calibri" w:hAnsi="Calibri" w:cs="Calibri"/>
                <w:sz w:val="22"/>
              </w:rPr>
              <w:t xml:space="preserve"> Concubinage   </w:t>
            </w:r>
            <w:r w:rsidRPr="003E5724">
              <w:rPr>
                <w:rFonts w:ascii="Segoe UI Symbol" w:hAnsi="Segoe UI Symbol" w:cs="Segoe UI Symbol"/>
                <w:sz w:val="22"/>
              </w:rPr>
              <w:t>☐</w:t>
            </w:r>
            <w:r w:rsidRPr="003E5724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3E5724">
              <w:rPr>
                <w:rFonts w:ascii="Calibri" w:hAnsi="Calibri" w:cs="Calibri"/>
                <w:sz w:val="22"/>
              </w:rPr>
              <w:t>Veuf</w:t>
            </w:r>
            <w:proofErr w:type="spellEnd"/>
            <w:r w:rsidR="003E5724">
              <w:rPr>
                <w:rFonts w:ascii="Calibri" w:hAnsi="Calibri" w:cs="Calibri"/>
                <w:sz w:val="22"/>
              </w:rPr>
              <w:t>/Veuve</w:t>
            </w:r>
          </w:p>
        </w:tc>
        <w:tc>
          <w:tcPr>
            <w:tcW w:w="4251" w:type="dxa"/>
            <w:gridSpan w:val="2"/>
            <w:tcBorders>
              <w:top w:val="single" w:sz="6" w:space="0" w:color="D79A22"/>
              <w:left w:val="single" w:sz="6" w:space="0" w:color="D79A22"/>
              <w:bottom w:val="single" w:sz="6" w:space="0" w:color="D79A22"/>
              <w:right w:val="single" w:sz="6" w:space="0" w:color="D79A22"/>
            </w:tcBorders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00919C47" w14:textId="77777777" w:rsidR="00501931" w:rsidRPr="003E5724" w:rsidRDefault="00000000">
            <w:pPr>
              <w:spacing w:after="0"/>
              <w:rPr>
                <w:rFonts w:ascii="Calibri" w:hAnsi="Calibri" w:cs="Calibri"/>
                <w:sz w:val="22"/>
              </w:rPr>
            </w:pPr>
            <w:r w:rsidRPr="003E5724">
              <w:rPr>
                <w:rFonts w:ascii="Calibri" w:hAnsi="Calibri" w:cs="Calibri"/>
                <w:b/>
                <w:sz w:val="22"/>
              </w:rPr>
              <w:t xml:space="preserve">Nombre d’enfants à </w:t>
            </w:r>
            <w:proofErr w:type="gramStart"/>
            <w:r w:rsidRPr="003E5724">
              <w:rPr>
                <w:rFonts w:ascii="Calibri" w:hAnsi="Calibri" w:cs="Calibri"/>
                <w:b/>
                <w:sz w:val="22"/>
              </w:rPr>
              <w:t>charge  :</w:t>
            </w:r>
            <w:proofErr w:type="gramEnd"/>
            <w:r w:rsidRPr="003E5724">
              <w:rPr>
                <w:rFonts w:ascii="Calibri" w:hAnsi="Calibri" w:cs="Calibri"/>
                <w:sz w:val="22"/>
              </w:rPr>
              <w:t xml:space="preserve"> ................</w:t>
            </w:r>
          </w:p>
        </w:tc>
      </w:tr>
    </w:tbl>
    <w:p w14:paraId="413491A5" w14:textId="77777777" w:rsidR="00501931" w:rsidRPr="003E5724" w:rsidRDefault="00501931">
      <w:pPr>
        <w:spacing w:after="20"/>
        <w:rPr>
          <w:rFonts w:ascii="Calibri" w:hAnsi="Calibri" w:cs="Calibri"/>
        </w:rPr>
      </w:pPr>
    </w:p>
    <w:tbl>
      <w:tblPr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6"/>
        <w:gridCol w:w="677"/>
        <w:gridCol w:w="4116"/>
        <w:gridCol w:w="4792"/>
        <w:gridCol w:w="48"/>
      </w:tblGrid>
      <w:tr w:rsidR="00501931" w:rsidRPr="003E5724" w14:paraId="3A1A8D4E" w14:textId="77777777">
        <w:trPr>
          <w:gridAfter w:val="1"/>
          <w:wAfter w:w="48" w:type="dxa"/>
          <w:jc w:val="center"/>
        </w:trPr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C430C0" w14:textId="77777777" w:rsidR="00501931" w:rsidRPr="003E5724" w:rsidRDefault="00000000">
            <w:pPr>
              <w:jc w:val="center"/>
              <w:rPr>
                <w:rFonts w:ascii="Calibri" w:hAnsi="Calibri" w:cs="Calibri"/>
              </w:rPr>
            </w:pPr>
            <w:r w:rsidRPr="003E5724">
              <w:rPr>
                <w:rFonts w:ascii="Calibri" w:hAnsi="Calibri" w:cs="Calibri"/>
                <w:noProof/>
              </w:rPr>
              <w:drawing>
                <wp:inline distT="0" distB="0" distL="0" distR="0" wp14:anchorId="7FE4DE48" wp14:editId="0A306A11">
                  <wp:extent cx="306000" cy="3060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uilding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00" cy="30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8EE601" w14:textId="77777777" w:rsidR="00501931" w:rsidRPr="003E5724" w:rsidRDefault="00000000">
            <w:pPr>
              <w:spacing w:after="0"/>
              <w:rPr>
                <w:rFonts w:ascii="Calibri" w:hAnsi="Calibri" w:cs="Calibri"/>
              </w:rPr>
            </w:pPr>
            <w:r w:rsidRPr="003E5724">
              <w:rPr>
                <w:rFonts w:ascii="Calibri" w:hAnsi="Calibri" w:cs="Calibri"/>
                <w:b/>
                <w:color w:val="D79A22"/>
                <w:sz w:val="23"/>
              </w:rPr>
              <w:t>3. ÉTABLISSEMENT D’INSCRIPTION</w:t>
            </w:r>
          </w:p>
        </w:tc>
      </w:tr>
      <w:tr w:rsidR="00501931" w:rsidRPr="003E5724" w14:paraId="0129A105" w14:textId="77777777">
        <w:trPr>
          <w:gridBefore w:val="1"/>
          <w:jc w:val="center"/>
        </w:trPr>
        <w:tc>
          <w:tcPr>
            <w:tcW w:w="9638" w:type="dxa"/>
            <w:gridSpan w:val="4"/>
            <w:tcBorders>
              <w:top w:val="single" w:sz="6" w:space="0" w:color="D79A22"/>
              <w:left w:val="single" w:sz="6" w:space="0" w:color="D79A22"/>
              <w:bottom w:val="single" w:sz="6" w:space="0" w:color="D79A22"/>
              <w:right w:val="single" w:sz="6" w:space="0" w:color="D79A22"/>
            </w:tcBorders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27ABB41E" w14:textId="77777777" w:rsidR="00501931" w:rsidRPr="003E5724" w:rsidRDefault="00000000">
            <w:pPr>
              <w:spacing w:after="0"/>
              <w:rPr>
                <w:rFonts w:ascii="Calibri" w:hAnsi="Calibri" w:cs="Calibri"/>
                <w:sz w:val="22"/>
              </w:rPr>
            </w:pPr>
            <w:r w:rsidRPr="003E5724">
              <w:rPr>
                <w:rFonts w:ascii="Calibri" w:hAnsi="Calibri" w:cs="Calibri"/>
                <w:b/>
                <w:sz w:val="22"/>
              </w:rPr>
              <w:t xml:space="preserve">Nom de </w:t>
            </w:r>
            <w:proofErr w:type="gramStart"/>
            <w:r w:rsidRPr="003E5724">
              <w:rPr>
                <w:rFonts w:ascii="Calibri" w:hAnsi="Calibri" w:cs="Calibri"/>
                <w:b/>
                <w:sz w:val="22"/>
              </w:rPr>
              <w:t>l’établissement  :</w:t>
            </w:r>
            <w:proofErr w:type="gramEnd"/>
            <w:r w:rsidRPr="003E5724">
              <w:rPr>
                <w:rFonts w:ascii="Calibri" w:hAnsi="Calibri" w:cs="Calibri"/>
                <w:sz w:val="22"/>
              </w:rPr>
              <w:t xml:space="preserve"> ........................................................................................................</w:t>
            </w:r>
          </w:p>
        </w:tc>
      </w:tr>
      <w:tr w:rsidR="00501931" w:rsidRPr="003E5724" w14:paraId="302F3ABA" w14:textId="77777777">
        <w:trPr>
          <w:gridBefore w:val="1"/>
          <w:jc w:val="center"/>
        </w:trPr>
        <w:tc>
          <w:tcPr>
            <w:tcW w:w="9638" w:type="dxa"/>
            <w:gridSpan w:val="4"/>
            <w:tcBorders>
              <w:top w:val="single" w:sz="6" w:space="0" w:color="D79A22"/>
              <w:left w:val="single" w:sz="6" w:space="0" w:color="D79A22"/>
              <w:bottom w:val="single" w:sz="6" w:space="0" w:color="D79A22"/>
              <w:right w:val="single" w:sz="6" w:space="0" w:color="D79A22"/>
            </w:tcBorders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3512E02F" w14:textId="77777777" w:rsidR="00501931" w:rsidRPr="003E5724" w:rsidRDefault="00000000">
            <w:pPr>
              <w:spacing w:after="0"/>
              <w:rPr>
                <w:rFonts w:ascii="Calibri" w:hAnsi="Calibri" w:cs="Calibri"/>
                <w:sz w:val="22"/>
              </w:rPr>
            </w:pPr>
            <w:proofErr w:type="gramStart"/>
            <w:r w:rsidRPr="003E5724">
              <w:rPr>
                <w:rFonts w:ascii="Calibri" w:hAnsi="Calibri" w:cs="Calibri"/>
                <w:b/>
                <w:sz w:val="22"/>
              </w:rPr>
              <w:t>Adresse  :</w:t>
            </w:r>
            <w:proofErr w:type="gramEnd"/>
            <w:r w:rsidRPr="003E5724">
              <w:rPr>
                <w:rFonts w:ascii="Calibri" w:hAnsi="Calibri" w:cs="Calibri"/>
                <w:sz w:val="22"/>
              </w:rPr>
              <w:t xml:space="preserve"> ................................................................................................................................</w:t>
            </w:r>
          </w:p>
        </w:tc>
      </w:tr>
      <w:tr w:rsidR="00501931" w:rsidRPr="003E5724" w14:paraId="587C46CF" w14:textId="77777777">
        <w:trPr>
          <w:gridBefore w:val="1"/>
          <w:jc w:val="center"/>
        </w:trPr>
        <w:tc>
          <w:tcPr>
            <w:tcW w:w="4819" w:type="dxa"/>
            <w:gridSpan w:val="2"/>
            <w:tcBorders>
              <w:top w:val="single" w:sz="6" w:space="0" w:color="D79A22"/>
              <w:left w:val="single" w:sz="6" w:space="0" w:color="D79A22"/>
              <w:bottom w:val="single" w:sz="6" w:space="0" w:color="D79A22"/>
              <w:right w:val="single" w:sz="6" w:space="0" w:color="D79A22"/>
            </w:tcBorders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1EECB3C6" w14:textId="77777777" w:rsidR="00501931" w:rsidRPr="003E5724" w:rsidRDefault="00000000">
            <w:pPr>
              <w:spacing w:after="0"/>
              <w:rPr>
                <w:rFonts w:ascii="Calibri" w:hAnsi="Calibri" w:cs="Calibri"/>
                <w:sz w:val="22"/>
              </w:rPr>
            </w:pPr>
            <w:proofErr w:type="gramStart"/>
            <w:r w:rsidRPr="003E5724">
              <w:rPr>
                <w:rFonts w:ascii="Calibri" w:hAnsi="Calibri" w:cs="Calibri"/>
                <w:b/>
                <w:sz w:val="22"/>
              </w:rPr>
              <w:t>Téléphone  :</w:t>
            </w:r>
            <w:proofErr w:type="gramEnd"/>
            <w:r w:rsidRPr="003E5724">
              <w:rPr>
                <w:rFonts w:ascii="Calibri" w:hAnsi="Calibri" w:cs="Calibri"/>
                <w:sz w:val="22"/>
              </w:rPr>
              <w:t xml:space="preserve"> ................................................</w:t>
            </w:r>
          </w:p>
        </w:tc>
        <w:tc>
          <w:tcPr>
            <w:tcW w:w="4819" w:type="dxa"/>
            <w:gridSpan w:val="2"/>
            <w:tcBorders>
              <w:top w:val="single" w:sz="6" w:space="0" w:color="D79A22"/>
              <w:left w:val="single" w:sz="6" w:space="0" w:color="D79A22"/>
              <w:bottom w:val="single" w:sz="6" w:space="0" w:color="D79A22"/>
              <w:right w:val="single" w:sz="6" w:space="0" w:color="D79A22"/>
            </w:tcBorders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0439D332" w14:textId="77777777" w:rsidR="00501931" w:rsidRDefault="003E5724">
            <w:pPr>
              <w:spacing w:after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Diplôme </w:t>
            </w:r>
            <w:proofErr w:type="spellStart"/>
            <w:proofErr w:type="gramStart"/>
            <w:r>
              <w:rPr>
                <w:rFonts w:ascii="Calibri" w:hAnsi="Calibri" w:cs="Calibri"/>
                <w:b/>
                <w:sz w:val="22"/>
              </w:rPr>
              <w:t>préparé</w:t>
            </w:r>
            <w:proofErr w:type="spellEnd"/>
            <w:r w:rsidR="00000000" w:rsidRPr="003E5724">
              <w:rPr>
                <w:rFonts w:ascii="Calibri" w:hAnsi="Calibri" w:cs="Calibri"/>
                <w:b/>
                <w:sz w:val="22"/>
              </w:rPr>
              <w:t xml:space="preserve"> :</w:t>
            </w:r>
            <w:proofErr w:type="gramEnd"/>
            <w:r w:rsidR="00000000" w:rsidRPr="003E5724">
              <w:rPr>
                <w:rFonts w:ascii="Calibri" w:hAnsi="Calibri" w:cs="Calibri"/>
                <w:sz w:val="22"/>
              </w:rPr>
              <w:t xml:space="preserve"> ................................................</w:t>
            </w:r>
          </w:p>
          <w:p w14:paraId="79B9659E" w14:textId="673FBDE0" w:rsidR="003E5724" w:rsidRPr="003E5724" w:rsidRDefault="003E5724">
            <w:pPr>
              <w:spacing w:after="0"/>
              <w:rPr>
                <w:rFonts w:ascii="Calibri" w:hAnsi="Calibri" w:cs="Calibri"/>
                <w:sz w:val="22"/>
              </w:rPr>
            </w:pPr>
          </w:p>
        </w:tc>
      </w:tr>
      <w:tr w:rsidR="00501931" w:rsidRPr="003E5724" w14:paraId="73E5A16F" w14:textId="77777777">
        <w:trPr>
          <w:gridBefore w:val="1"/>
          <w:jc w:val="center"/>
        </w:trPr>
        <w:tc>
          <w:tcPr>
            <w:tcW w:w="9638" w:type="dxa"/>
            <w:gridSpan w:val="4"/>
            <w:tcBorders>
              <w:top w:val="single" w:sz="6" w:space="0" w:color="D79A22"/>
              <w:left w:val="single" w:sz="6" w:space="0" w:color="D79A22"/>
              <w:bottom w:val="single" w:sz="6" w:space="0" w:color="D79A22"/>
              <w:right w:val="single" w:sz="6" w:space="0" w:color="D79A22"/>
            </w:tcBorders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32B564B7" w14:textId="77777777" w:rsidR="00501931" w:rsidRPr="003E5724" w:rsidRDefault="00000000">
            <w:pPr>
              <w:spacing w:after="0"/>
              <w:rPr>
                <w:rFonts w:ascii="Calibri" w:hAnsi="Calibri" w:cs="Calibri"/>
                <w:sz w:val="22"/>
              </w:rPr>
            </w:pPr>
            <w:r w:rsidRPr="003E5724">
              <w:rPr>
                <w:rFonts w:ascii="Calibri" w:hAnsi="Calibri" w:cs="Calibri"/>
                <w:b/>
                <w:sz w:val="22"/>
              </w:rPr>
              <w:t xml:space="preserve">Nombre d’années d’études dans le </w:t>
            </w:r>
            <w:proofErr w:type="gramStart"/>
            <w:r w:rsidRPr="003E5724">
              <w:rPr>
                <w:rFonts w:ascii="Calibri" w:hAnsi="Calibri" w:cs="Calibri"/>
                <w:b/>
                <w:sz w:val="22"/>
              </w:rPr>
              <w:t>cycle  :</w:t>
            </w:r>
            <w:proofErr w:type="gramEnd"/>
            <w:r w:rsidRPr="003E5724">
              <w:rPr>
                <w:rFonts w:ascii="Calibri" w:hAnsi="Calibri" w:cs="Calibri"/>
                <w:sz w:val="22"/>
              </w:rPr>
              <w:t xml:space="preserve"> ................................................</w:t>
            </w:r>
          </w:p>
        </w:tc>
      </w:tr>
    </w:tbl>
    <w:p w14:paraId="4B6F212D" w14:textId="77777777" w:rsidR="00501931" w:rsidRPr="003E5724" w:rsidRDefault="00501931">
      <w:pPr>
        <w:spacing w:after="20"/>
        <w:rPr>
          <w:rFonts w:ascii="Calibri" w:hAnsi="Calibri" w:cs="Calibri"/>
        </w:rPr>
      </w:pPr>
    </w:p>
    <w:tbl>
      <w:tblPr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677"/>
        <w:gridCol w:w="8913"/>
        <w:gridCol w:w="49"/>
      </w:tblGrid>
      <w:tr w:rsidR="00501931" w:rsidRPr="003E5724" w14:paraId="27149F97" w14:textId="77777777">
        <w:trPr>
          <w:gridAfter w:val="1"/>
          <w:wAfter w:w="49" w:type="dxa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01588CF3" w14:textId="77777777" w:rsidR="00501931" w:rsidRPr="003E5724" w:rsidRDefault="00000000">
            <w:pPr>
              <w:jc w:val="center"/>
              <w:rPr>
                <w:rFonts w:ascii="Calibri" w:hAnsi="Calibri" w:cs="Calibri"/>
              </w:rPr>
            </w:pPr>
            <w:r w:rsidRPr="003E5724">
              <w:rPr>
                <w:rFonts w:ascii="Calibri" w:hAnsi="Calibri" w:cs="Calibri"/>
                <w:noProof/>
              </w:rPr>
              <w:drawing>
                <wp:inline distT="0" distB="0" distL="0" distR="0" wp14:anchorId="7E61D607" wp14:editId="0A5CD22B">
                  <wp:extent cx="306000" cy="3060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e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00" cy="30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58" w:type="dxa"/>
            <w:tcBorders>
              <w:top w:val="nil"/>
              <w:left w:val="nil"/>
              <w:bottom w:val="nil"/>
              <w:right w:val="nil"/>
            </w:tcBorders>
          </w:tcPr>
          <w:p w14:paraId="3D23F256" w14:textId="77777777" w:rsidR="00501931" w:rsidRPr="003E5724" w:rsidRDefault="00000000">
            <w:pPr>
              <w:spacing w:after="0"/>
              <w:rPr>
                <w:rFonts w:ascii="Calibri" w:hAnsi="Calibri" w:cs="Calibri"/>
              </w:rPr>
            </w:pPr>
            <w:r w:rsidRPr="003E5724">
              <w:rPr>
                <w:rFonts w:ascii="Calibri" w:hAnsi="Calibri" w:cs="Calibri"/>
                <w:b/>
                <w:color w:val="D79A22"/>
                <w:sz w:val="23"/>
              </w:rPr>
              <w:t>4. RÉSIDENCE DU LIEU D’ÉTUDES</w:t>
            </w:r>
          </w:p>
        </w:tc>
      </w:tr>
      <w:tr w:rsidR="00501931" w:rsidRPr="003E5724" w14:paraId="4447AC82" w14:textId="77777777">
        <w:trPr>
          <w:jc w:val="center"/>
        </w:trPr>
        <w:tc>
          <w:tcPr>
            <w:tcW w:w="9639" w:type="dxa"/>
            <w:gridSpan w:val="3"/>
            <w:tcBorders>
              <w:top w:val="single" w:sz="6" w:space="0" w:color="D79A22"/>
              <w:left w:val="single" w:sz="6" w:space="0" w:color="D79A22"/>
              <w:bottom w:val="single" w:sz="6" w:space="0" w:color="D79A22"/>
              <w:right w:val="single" w:sz="6" w:space="0" w:color="D79A22"/>
            </w:tcBorders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5D3B3AB2" w14:textId="77777777" w:rsidR="00501931" w:rsidRPr="003E5724" w:rsidRDefault="00000000">
            <w:pPr>
              <w:spacing w:after="0"/>
              <w:rPr>
                <w:rFonts w:ascii="Calibri" w:hAnsi="Calibri" w:cs="Calibri"/>
                <w:sz w:val="22"/>
              </w:rPr>
            </w:pPr>
            <w:r w:rsidRPr="003E5724">
              <w:rPr>
                <w:rFonts w:ascii="Calibri" w:hAnsi="Calibri" w:cs="Calibri"/>
                <w:b/>
                <w:sz w:val="22"/>
              </w:rPr>
              <w:t xml:space="preserve">Nom du </w:t>
            </w:r>
            <w:proofErr w:type="gramStart"/>
            <w:r w:rsidRPr="003E5724">
              <w:rPr>
                <w:rFonts w:ascii="Calibri" w:hAnsi="Calibri" w:cs="Calibri"/>
                <w:b/>
                <w:sz w:val="22"/>
              </w:rPr>
              <w:t>propriétaire  :</w:t>
            </w:r>
            <w:proofErr w:type="gramEnd"/>
            <w:r w:rsidRPr="003E5724">
              <w:rPr>
                <w:rFonts w:ascii="Calibri" w:hAnsi="Calibri" w:cs="Calibri"/>
                <w:sz w:val="22"/>
              </w:rPr>
              <w:t xml:space="preserve"> ........................................................................................................</w:t>
            </w:r>
          </w:p>
        </w:tc>
      </w:tr>
      <w:tr w:rsidR="00501931" w:rsidRPr="003E5724" w14:paraId="1E51F7F8" w14:textId="77777777">
        <w:trPr>
          <w:jc w:val="center"/>
        </w:trPr>
        <w:tc>
          <w:tcPr>
            <w:tcW w:w="9639" w:type="dxa"/>
            <w:gridSpan w:val="3"/>
            <w:tcBorders>
              <w:top w:val="single" w:sz="6" w:space="0" w:color="D79A22"/>
              <w:left w:val="single" w:sz="6" w:space="0" w:color="D79A22"/>
              <w:bottom w:val="single" w:sz="6" w:space="0" w:color="D79A22"/>
              <w:right w:val="single" w:sz="6" w:space="0" w:color="D79A22"/>
            </w:tcBorders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0CB1DC02" w14:textId="77777777" w:rsidR="00501931" w:rsidRPr="003E5724" w:rsidRDefault="00000000">
            <w:pPr>
              <w:spacing w:after="0"/>
              <w:rPr>
                <w:rFonts w:ascii="Calibri" w:hAnsi="Calibri" w:cs="Calibri"/>
                <w:sz w:val="22"/>
              </w:rPr>
            </w:pPr>
            <w:proofErr w:type="gramStart"/>
            <w:r w:rsidRPr="003E5724">
              <w:rPr>
                <w:rFonts w:ascii="Calibri" w:hAnsi="Calibri" w:cs="Calibri"/>
                <w:b/>
                <w:sz w:val="22"/>
              </w:rPr>
              <w:t>Adresse  :</w:t>
            </w:r>
            <w:proofErr w:type="gramEnd"/>
            <w:r w:rsidRPr="003E5724">
              <w:rPr>
                <w:rFonts w:ascii="Calibri" w:hAnsi="Calibri" w:cs="Calibri"/>
                <w:sz w:val="22"/>
              </w:rPr>
              <w:t xml:space="preserve"> ................................................................................................................................</w:t>
            </w:r>
          </w:p>
        </w:tc>
      </w:tr>
      <w:tr w:rsidR="00501931" w:rsidRPr="003E5724" w14:paraId="7F845688" w14:textId="77777777">
        <w:trPr>
          <w:jc w:val="center"/>
        </w:trPr>
        <w:tc>
          <w:tcPr>
            <w:tcW w:w="9639" w:type="dxa"/>
            <w:gridSpan w:val="3"/>
            <w:tcBorders>
              <w:top w:val="single" w:sz="6" w:space="0" w:color="D79A22"/>
              <w:left w:val="single" w:sz="6" w:space="0" w:color="D79A22"/>
              <w:bottom w:val="single" w:sz="6" w:space="0" w:color="D79A22"/>
              <w:right w:val="single" w:sz="6" w:space="0" w:color="D79A22"/>
            </w:tcBorders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49A2A442" w14:textId="77777777" w:rsidR="00501931" w:rsidRPr="003E5724" w:rsidRDefault="00000000">
            <w:pPr>
              <w:spacing w:after="0"/>
              <w:rPr>
                <w:rFonts w:ascii="Calibri" w:hAnsi="Calibri" w:cs="Calibri"/>
                <w:sz w:val="22"/>
              </w:rPr>
            </w:pPr>
            <w:proofErr w:type="gramStart"/>
            <w:r w:rsidRPr="003E5724">
              <w:rPr>
                <w:rFonts w:ascii="Calibri" w:hAnsi="Calibri" w:cs="Calibri"/>
                <w:b/>
                <w:sz w:val="22"/>
              </w:rPr>
              <w:t>Téléphone  :</w:t>
            </w:r>
            <w:proofErr w:type="gramEnd"/>
            <w:r w:rsidRPr="003E5724">
              <w:rPr>
                <w:rFonts w:ascii="Calibri" w:hAnsi="Calibri" w:cs="Calibri"/>
                <w:sz w:val="22"/>
              </w:rPr>
              <w:t xml:space="preserve"> ................................................</w:t>
            </w:r>
          </w:p>
        </w:tc>
      </w:tr>
    </w:tbl>
    <w:p w14:paraId="12F8A874" w14:textId="77777777" w:rsidR="0068429D" w:rsidRPr="003E5724" w:rsidRDefault="0068429D">
      <w:pPr>
        <w:rPr>
          <w:rFonts w:ascii="Calibri" w:hAnsi="Calibri" w:cs="Calibri"/>
        </w:rPr>
      </w:pPr>
    </w:p>
    <w:sectPr w:rsidR="0068429D" w:rsidRPr="003E5724" w:rsidSect="00034616">
      <w:footerReference w:type="default" r:id="rId13"/>
      <w:pgSz w:w="11906" w:h="16838"/>
      <w:pgMar w:top="340" w:right="709" w:bottom="652" w:left="709" w:header="113" w:footer="1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2E75D" w14:textId="77777777" w:rsidR="0068429D" w:rsidRDefault="0068429D">
      <w:pPr>
        <w:spacing w:after="0" w:line="240" w:lineRule="auto"/>
      </w:pPr>
      <w:r>
        <w:separator/>
      </w:r>
    </w:p>
  </w:endnote>
  <w:endnote w:type="continuationSeparator" w:id="0">
    <w:p w14:paraId="6C63A4E0" w14:textId="77777777" w:rsidR="0068429D" w:rsidRDefault="00684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96525" w14:textId="77777777" w:rsidR="00501931" w:rsidRDefault="00501931">
    <w:pPr>
      <w:pStyle w:val="Pieddepage"/>
    </w:pP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10488"/>
    </w:tblGrid>
    <w:tr w:rsidR="00501931" w14:paraId="1453D9FA" w14:textId="77777777">
      <w:trPr>
        <w:jc w:val="center"/>
      </w:trPr>
      <w:tc>
        <w:tcPr>
          <w:tcW w:w="10488" w:type="dxa"/>
          <w:tcBorders>
            <w:top w:val="single" w:sz="12" w:space="0" w:color="D79A22"/>
            <w:left w:val="nil"/>
            <w:bottom w:val="nil"/>
            <w:right w:val="nil"/>
          </w:tcBorders>
          <w:shd w:val="clear" w:color="auto" w:fill="0F2433"/>
          <w:tcMar>
            <w:top w:w="70" w:type="dxa"/>
            <w:left w:w="60" w:type="dxa"/>
            <w:bottom w:w="70" w:type="dxa"/>
            <w:right w:w="60" w:type="dxa"/>
          </w:tcMar>
        </w:tcPr>
        <w:p w14:paraId="6D69F11D" w14:textId="45777A9C" w:rsidR="00501931" w:rsidRPr="003E5724" w:rsidRDefault="003E5724">
          <w:pPr>
            <w:jc w:val="center"/>
            <w:rPr>
              <w:rFonts w:ascii="Calibri" w:hAnsi="Calibri" w:cs="Calibri"/>
              <w:b/>
              <w:bCs/>
            </w:rPr>
          </w:pPr>
          <w:proofErr w:type="spellStart"/>
          <w:r w:rsidRPr="003E5724">
            <w:rPr>
              <w:rFonts w:ascii="Calibri" w:hAnsi="Calibri" w:cs="Calibri"/>
              <w:b/>
              <w:bCs/>
              <w:color w:val="F5C75B"/>
              <w:sz w:val="17"/>
            </w:rPr>
            <w:t>Mairie</w:t>
          </w:r>
          <w:proofErr w:type="spellEnd"/>
          <w:r w:rsidRPr="003E5724">
            <w:rPr>
              <w:rFonts w:ascii="Calibri" w:hAnsi="Calibri" w:cs="Calibri"/>
              <w:b/>
              <w:bCs/>
              <w:color w:val="F5C75B"/>
              <w:sz w:val="17"/>
            </w:rPr>
            <w:t xml:space="preserve"> - </w:t>
          </w:r>
          <w:r w:rsidR="00000000" w:rsidRPr="003E5724">
            <w:rPr>
              <w:rFonts w:ascii="Calibri" w:hAnsi="Calibri" w:cs="Calibri"/>
              <w:b/>
              <w:bCs/>
              <w:color w:val="F5C75B"/>
              <w:sz w:val="17"/>
            </w:rPr>
            <w:t>2 place Jean-Paul Thibault - 36320 Villedieu-sur-Indre - accueil@villedieu-sur-indre.fr - 02 54 26 50 27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40625" w14:textId="77777777" w:rsidR="0068429D" w:rsidRDefault="0068429D">
      <w:pPr>
        <w:spacing w:after="0" w:line="240" w:lineRule="auto"/>
      </w:pPr>
      <w:r>
        <w:separator/>
      </w:r>
    </w:p>
  </w:footnote>
  <w:footnote w:type="continuationSeparator" w:id="0">
    <w:p w14:paraId="726FA473" w14:textId="77777777" w:rsidR="0068429D" w:rsidRDefault="006842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55326575">
    <w:abstractNumId w:val="8"/>
  </w:num>
  <w:num w:numId="2" w16cid:durableId="754589154">
    <w:abstractNumId w:val="6"/>
  </w:num>
  <w:num w:numId="3" w16cid:durableId="2130733014">
    <w:abstractNumId w:val="5"/>
  </w:num>
  <w:num w:numId="4" w16cid:durableId="839463211">
    <w:abstractNumId w:val="4"/>
  </w:num>
  <w:num w:numId="5" w16cid:durableId="281421251">
    <w:abstractNumId w:val="7"/>
  </w:num>
  <w:num w:numId="6" w16cid:durableId="964191065">
    <w:abstractNumId w:val="3"/>
  </w:num>
  <w:num w:numId="7" w16cid:durableId="2103136934">
    <w:abstractNumId w:val="2"/>
  </w:num>
  <w:num w:numId="8" w16cid:durableId="1255161941">
    <w:abstractNumId w:val="1"/>
  </w:num>
  <w:num w:numId="9" w16cid:durableId="1048455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E5724"/>
    <w:rsid w:val="00501931"/>
    <w:rsid w:val="00551647"/>
    <w:rsid w:val="0068429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5C3437"/>
  <w14:defaultImageDpi w14:val="300"/>
  <w15:docId w15:val="{4F693920-3F10-4F76-8584-CC7103BB9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Liberation Serif" w:hAnsi="Liberation Serif"/>
      <w:color w:val="1C2733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340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Xavier ELBAZ</cp:lastModifiedBy>
  <cp:revision>2</cp:revision>
  <dcterms:created xsi:type="dcterms:W3CDTF">2026-07-08T09:59:00Z</dcterms:created>
  <dcterms:modified xsi:type="dcterms:W3CDTF">2026-07-08T09:59:00Z</dcterms:modified>
  <cp:category/>
</cp:coreProperties>
</file>