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92AD7" w14:textId="77777777" w:rsidR="004F704C" w:rsidRDefault="00000000">
      <w:pPr>
        <w:spacing w:after="40"/>
        <w:jc w:val="center"/>
      </w:pPr>
      <w:r>
        <w:rPr>
          <w:noProof/>
        </w:rPr>
        <w:drawing>
          <wp:inline distT="0" distB="0" distL="0" distR="0" wp14:anchorId="69BCD791" wp14:editId="0CA6D548">
            <wp:extent cx="792000" cy="8743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villedieu_croppe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87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D38AC" w14:textId="77777777" w:rsidR="004F704C" w:rsidRPr="007D2F0F" w:rsidRDefault="00000000">
      <w:pPr>
        <w:spacing w:after="0"/>
        <w:jc w:val="center"/>
        <w:rPr>
          <w:rFonts w:asciiTheme="majorHAnsi" w:hAnsiTheme="majorHAnsi" w:cstheme="majorHAnsi"/>
        </w:rPr>
      </w:pPr>
      <w:r w:rsidRPr="007D2F0F">
        <w:rPr>
          <w:rFonts w:asciiTheme="majorHAnsi" w:hAnsiTheme="majorHAnsi" w:cstheme="majorHAnsi"/>
          <w:color w:val="0F2433"/>
          <w:sz w:val="54"/>
        </w:rPr>
        <w:t>Bourse du Legs Marcilly</w:t>
      </w:r>
    </w:p>
    <w:p w14:paraId="0B63EBAB" w14:textId="77777777" w:rsidR="004F704C" w:rsidRPr="007D2F0F" w:rsidRDefault="00000000">
      <w:pPr>
        <w:spacing w:after="40"/>
        <w:jc w:val="center"/>
        <w:rPr>
          <w:rFonts w:asciiTheme="majorHAnsi" w:hAnsiTheme="majorHAnsi" w:cstheme="majorHAnsi"/>
        </w:rPr>
      </w:pPr>
      <w:r w:rsidRPr="007D2F0F">
        <w:rPr>
          <w:rFonts w:asciiTheme="majorHAnsi" w:hAnsiTheme="majorHAnsi" w:cstheme="majorHAnsi"/>
          <w:color w:val="D79A22"/>
          <w:sz w:val="36"/>
        </w:rPr>
        <w:t>—  Budget prévisionnel  —</w:t>
      </w:r>
    </w:p>
    <w:p w14:paraId="1354A6B0" w14:textId="77777777" w:rsidR="004F704C" w:rsidRPr="007D2F0F" w:rsidRDefault="00000000">
      <w:pPr>
        <w:spacing w:after="20"/>
        <w:jc w:val="center"/>
        <w:rPr>
          <w:rFonts w:asciiTheme="majorHAnsi" w:hAnsiTheme="majorHAnsi" w:cstheme="majorHAnsi"/>
          <w:sz w:val="22"/>
        </w:rPr>
      </w:pPr>
      <w:r w:rsidRPr="007D2F0F">
        <w:rPr>
          <w:rFonts w:asciiTheme="majorHAnsi" w:hAnsiTheme="majorHAnsi" w:cstheme="majorHAnsi"/>
          <w:sz w:val="22"/>
        </w:rPr>
        <w:t>Association de Gestion du Legs Marcilly – Ville de Villedieu-sur-Indre</w:t>
      </w:r>
    </w:p>
    <w:p w14:paraId="318B5DD1" w14:textId="77777777" w:rsidR="004F704C" w:rsidRPr="007D2F0F" w:rsidRDefault="00000000">
      <w:pPr>
        <w:spacing w:after="40"/>
        <w:jc w:val="center"/>
        <w:rPr>
          <w:rFonts w:asciiTheme="majorHAnsi" w:hAnsiTheme="majorHAnsi" w:cstheme="majorHAnsi"/>
          <w:sz w:val="22"/>
        </w:rPr>
      </w:pPr>
      <w:r w:rsidRPr="007D2F0F">
        <w:rPr>
          <w:rFonts w:asciiTheme="majorHAnsi" w:hAnsiTheme="majorHAnsi" w:cstheme="majorHAnsi"/>
          <w:b/>
          <w:sz w:val="22"/>
        </w:rPr>
        <w:t xml:space="preserve">Année scolaire / </w:t>
      </w:r>
      <w:proofErr w:type="gramStart"/>
      <w:r w:rsidRPr="007D2F0F">
        <w:rPr>
          <w:rFonts w:asciiTheme="majorHAnsi" w:hAnsiTheme="majorHAnsi" w:cstheme="majorHAnsi"/>
          <w:b/>
          <w:sz w:val="22"/>
        </w:rPr>
        <w:t>universitaire :</w:t>
      </w:r>
      <w:proofErr w:type="gramEnd"/>
      <w:r w:rsidRPr="007D2F0F">
        <w:rPr>
          <w:rFonts w:asciiTheme="majorHAnsi" w:hAnsiTheme="majorHAnsi" w:cstheme="majorHAnsi"/>
          <w:b/>
          <w:sz w:val="22"/>
        </w:rPr>
        <w:t xml:space="preserve"> </w:t>
      </w:r>
      <w:r w:rsidRPr="007D2F0F">
        <w:rPr>
          <w:rFonts w:asciiTheme="majorHAnsi" w:hAnsiTheme="majorHAnsi" w:cstheme="majorHAnsi"/>
          <w:sz w:val="22"/>
        </w:rPr>
        <w:t>____________________________________</w:t>
      </w:r>
    </w:p>
    <w:tbl>
      <w:tblPr>
        <w:tblW w:w="10319" w:type="dxa"/>
        <w:jc w:val="center"/>
        <w:tblLayout w:type="fixed"/>
        <w:tblLook w:val="04A0" w:firstRow="1" w:lastRow="0" w:firstColumn="1" w:lastColumn="0" w:noHBand="0" w:noVBand="1"/>
      </w:tblPr>
      <w:tblGrid>
        <w:gridCol w:w="4026"/>
        <w:gridCol w:w="1134"/>
        <w:gridCol w:w="4025"/>
        <w:gridCol w:w="1134"/>
      </w:tblGrid>
      <w:tr w:rsidR="004F704C" w:rsidRPr="007D2F0F" w14:paraId="23CE70A1" w14:textId="77777777">
        <w:trPr>
          <w:jc w:val="center"/>
        </w:trPr>
        <w:tc>
          <w:tcPr>
            <w:tcW w:w="4025" w:type="dxa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shd w:val="clear" w:color="auto" w:fill="FFF7E6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A9AF763" w14:textId="77777777" w:rsidR="004F704C" w:rsidRPr="007D2F0F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7D2F0F">
              <w:rPr>
                <w:rFonts w:asciiTheme="majorHAnsi" w:hAnsiTheme="majorHAnsi" w:cstheme="majorHAnsi"/>
                <w:b/>
                <w:color w:val="0F2433"/>
              </w:rPr>
              <w:t>DÉPENSES SUR 10 MOIS</w:t>
            </w:r>
          </w:p>
        </w:tc>
        <w:tc>
          <w:tcPr>
            <w:tcW w:w="1134" w:type="dxa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shd w:val="clear" w:color="auto" w:fill="FFF7E6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6117059" w14:textId="77777777" w:rsidR="004F704C" w:rsidRPr="007D2F0F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7D2F0F">
              <w:rPr>
                <w:rFonts w:asciiTheme="majorHAnsi" w:hAnsiTheme="majorHAnsi" w:cstheme="majorHAnsi"/>
                <w:b/>
                <w:color w:val="0F2433"/>
                <w:sz w:val="16"/>
              </w:rPr>
              <w:t>MONTANT</w:t>
            </w:r>
            <w:r w:rsidRPr="007D2F0F">
              <w:rPr>
                <w:rFonts w:asciiTheme="majorHAnsi" w:hAnsiTheme="majorHAnsi" w:cstheme="majorHAnsi"/>
                <w:b/>
                <w:color w:val="0F2433"/>
                <w:sz w:val="16"/>
              </w:rPr>
              <w:br/>
              <w:t>(€)</w:t>
            </w:r>
          </w:p>
        </w:tc>
        <w:tc>
          <w:tcPr>
            <w:tcW w:w="4025" w:type="dxa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shd w:val="clear" w:color="auto" w:fill="FFF7E6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60FE8F0" w14:textId="77777777" w:rsidR="004F704C" w:rsidRPr="007D2F0F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7D2F0F">
              <w:rPr>
                <w:rFonts w:asciiTheme="majorHAnsi" w:hAnsiTheme="majorHAnsi" w:cstheme="majorHAnsi"/>
                <w:b/>
                <w:color w:val="0F2433"/>
              </w:rPr>
              <w:t>RECETTES SUR 10 MOIS</w:t>
            </w:r>
          </w:p>
        </w:tc>
        <w:tc>
          <w:tcPr>
            <w:tcW w:w="1134" w:type="dxa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shd w:val="clear" w:color="auto" w:fill="FFF7E6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B681A87" w14:textId="77777777" w:rsidR="004F704C" w:rsidRPr="007D2F0F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7D2F0F">
              <w:rPr>
                <w:rFonts w:asciiTheme="majorHAnsi" w:hAnsiTheme="majorHAnsi" w:cstheme="majorHAnsi"/>
                <w:b/>
                <w:color w:val="0F2433"/>
                <w:sz w:val="16"/>
              </w:rPr>
              <w:t>MONTANT</w:t>
            </w:r>
            <w:r w:rsidRPr="007D2F0F">
              <w:rPr>
                <w:rFonts w:asciiTheme="majorHAnsi" w:hAnsiTheme="majorHAnsi" w:cstheme="majorHAnsi"/>
                <w:b/>
                <w:color w:val="0F2433"/>
                <w:sz w:val="16"/>
              </w:rPr>
              <w:br/>
              <w:t>(€)</w:t>
            </w:r>
          </w:p>
        </w:tc>
      </w:tr>
      <w:tr w:rsidR="004F704C" w:rsidRPr="007D2F0F" w14:paraId="3F952D05" w14:textId="77777777">
        <w:trPr>
          <w:jc w:val="center"/>
        </w:trPr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1C3A42F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b/>
                <w:color w:val="D79A22"/>
                <w:sz w:val="18"/>
                <w:szCs w:val="18"/>
              </w:rPr>
              <w:t>1. SCOLARITÉ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97E74CC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35361CB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b/>
                <w:sz w:val="18"/>
                <w:szCs w:val="18"/>
              </w:rPr>
              <w:t>Aide au logement (APL)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0DB7E9D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__________</w:t>
            </w:r>
          </w:p>
        </w:tc>
      </w:tr>
      <w:tr w:rsidR="004F704C" w:rsidRPr="007D2F0F" w14:paraId="3FFEE0B5" w14:textId="77777777">
        <w:trPr>
          <w:jc w:val="center"/>
        </w:trPr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8ECE671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 xml:space="preserve">Inscription </w:t>
            </w:r>
            <w:proofErr w:type="spellStart"/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scolaire</w:t>
            </w:r>
            <w:proofErr w:type="spellEnd"/>
            <w:r w:rsidRPr="007D2F0F">
              <w:rPr>
                <w:rFonts w:asciiTheme="majorHAnsi" w:hAnsiTheme="majorHAnsi" w:cstheme="majorHAnsi"/>
                <w:sz w:val="18"/>
                <w:szCs w:val="18"/>
              </w:rPr>
              <w:t xml:space="preserve"> ........................................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3515DC9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__________</w:t>
            </w:r>
          </w:p>
        </w:tc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387AE9A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74227D4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F704C" w:rsidRPr="007D2F0F" w14:paraId="482C3F16" w14:textId="77777777">
        <w:trPr>
          <w:jc w:val="center"/>
        </w:trPr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FFF60CA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Livres pour les études .....................................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330E179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__________</w:t>
            </w:r>
          </w:p>
        </w:tc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546D2B9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b/>
                <w:sz w:val="18"/>
                <w:szCs w:val="18"/>
              </w:rPr>
              <w:t>Bourse CROUS ou Éducation nationale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90ECF1B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__________</w:t>
            </w:r>
          </w:p>
        </w:tc>
      </w:tr>
      <w:tr w:rsidR="004F704C" w:rsidRPr="007D2F0F" w14:paraId="0C08C1B1" w14:textId="77777777">
        <w:trPr>
          <w:jc w:val="center"/>
        </w:trPr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47D07A1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Autres</w:t>
            </w:r>
            <w:proofErr w:type="spellEnd"/>
            <w:r w:rsidRPr="007D2F0F">
              <w:rPr>
                <w:rFonts w:asciiTheme="majorHAnsi" w:hAnsiTheme="majorHAnsi" w:cstheme="majorHAnsi"/>
                <w:sz w:val="18"/>
                <w:szCs w:val="18"/>
              </w:rPr>
              <w:t xml:space="preserve"> frais (matériel, tenue professionnelle) ....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B9AA71F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__________</w:t>
            </w:r>
          </w:p>
        </w:tc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70A1EDC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A4ECC85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F704C" w:rsidRPr="007D2F0F" w14:paraId="2C945513" w14:textId="77777777">
        <w:trPr>
          <w:jc w:val="center"/>
        </w:trPr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6FB5FB1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b/>
                <w:color w:val="D79A22"/>
                <w:sz w:val="18"/>
                <w:szCs w:val="18"/>
              </w:rPr>
              <w:t>2. HÉBERGEMENT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492F293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470D31D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b/>
                <w:sz w:val="18"/>
                <w:szCs w:val="18"/>
              </w:rPr>
              <w:t>Bourse Conseil départemental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75FAD9D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__________</w:t>
            </w:r>
          </w:p>
        </w:tc>
      </w:tr>
      <w:tr w:rsidR="004F704C" w:rsidRPr="007D2F0F" w14:paraId="69989727" w14:textId="77777777">
        <w:trPr>
          <w:jc w:val="center"/>
        </w:trPr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1908940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Loyer ...........................................................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0EE43CD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__________</w:t>
            </w:r>
          </w:p>
        </w:tc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FABEA5C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14AB1ED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F704C" w:rsidRPr="007D2F0F" w14:paraId="32E575E5" w14:textId="77777777">
        <w:trPr>
          <w:jc w:val="center"/>
        </w:trPr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DEBAD01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Électricité</w:t>
            </w:r>
            <w:proofErr w:type="spellEnd"/>
            <w:r w:rsidRPr="007D2F0F">
              <w:rPr>
                <w:rFonts w:asciiTheme="majorHAnsi" w:hAnsiTheme="majorHAnsi" w:cstheme="majorHAnsi"/>
                <w:sz w:val="18"/>
                <w:szCs w:val="18"/>
              </w:rPr>
              <w:t xml:space="preserve"> ....................................................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558C02C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__________</w:t>
            </w:r>
          </w:p>
        </w:tc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8D15CC1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b/>
                <w:sz w:val="18"/>
                <w:szCs w:val="18"/>
              </w:rPr>
              <w:t>Rémunérations ou autres aides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2E05338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__________</w:t>
            </w:r>
          </w:p>
        </w:tc>
      </w:tr>
      <w:tr w:rsidR="004F704C" w:rsidRPr="007D2F0F" w14:paraId="380F6DA7" w14:textId="77777777">
        <w:trPr>
          <w:jc w:val="center"/>
        </w:trPr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7E890E8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Eau ...............................................................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00BEF65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__________</w:t>
            </w:r>
          </w:p>
        </w:tc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4EBCABD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4CD6E5A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F704C" w:rsidRPr="007D2F0F" w14:paraId="4E67F07C" w14:textId="77777777">
        <w:trPr>
          <w:jc w:val="center"/>
        </w:trPr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2EE7C48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Redevance</w:t>
            </w:r>
            <w:proofErr w:type="spellEnd"/>
            <w:r w:rsidRPr="007D2F0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ordures</w:t>
            </w:r>
            <w:proofErr w:type="spellEnd"/>
            <w:r w:rsidRPr="007D2F0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ménagères</w:t>
            </w:r>
            <w:proofErr w:type="spellEnd"/>
            <w:r w:rsidRPr="007D2F0F">
              <w:rPr>
                <w:rFonts w:asciiTheme="majorHAnsi" w:hAnsiTheme="majorHAnsi" w:cstheme="majorHAnsi"/>
                <w:sz w:val="18"/>
                <w:szCs w:val="18"/>
              </w:rPr>
              <w:t xml:space="preserve"> .........................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2229D1D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__________</w:t>
            </w:r>
          </w:p>
        </w:tc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4F23BE7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Revenus </w:t>
            </w:r>
            <w:proofErr w:type="gramStart"/>
            <w:r w:rsidRPr="007D2F0F">
              <w:rPr>
                <w:rFonts w:asciiTheme="majorHAnsi" w:hAnsiTheme="majorHAnsi" w:cstheme="majorHAnsi"/>
                <w:b/>
                <w:sz w:val="18"/>
                <w:szCs w:val="18"/>
              </w:rPr>
              <w:t>familiaux :</w:t>
            </w:r>
            <w:proofErr w:type="gramEnd"/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BF0C2A5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F704C" w:rsidRPr="007D2F0F" w14:paraId="6F92469C" w14:textId="77777777">
        <w:trPr>
          <w:jc w:val="center"/>
        </w:trPr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48195E6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Assurance locative ........................................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A604BA7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__________</w:t>
            </w:r>
          </w:p>
        </w:tc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B434139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Mère ........................................................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E2A15C7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__________</w:t>
            </w:r>
          </w:p>
        </w:tc>
      </w:tr>
      <w:tr w:rsidR="004F704C" w:rsidRPr="007D2F0F" w14:paraId="1019E8D4" w14:textId="77777777">
        <w:trPr>
          <w:jc w:val="center"/>
        </w:trPr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9ABCE46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 xml:space="preserve">Taxe / charges </w:t>
            </w:r>
            <w:proofErr w:type="spellStart"/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diverses</w:t>
            </w:r>
            <w:proofErr w:type="spellEnd"/>
            <w:r w:rsidRPr="007D2F0F">
              <w:rPr>
                <w:rFonts w:asciiTheme="majorHAnsi" w:hAnsiTheme="majorHAnsi" w:cstheme="majorHAnsi"/>
                <w:sz w:val="18"/>
                <w:szCs w:val="18"/>
              </w:rPr>
              <w:t xml:space="preserve"> ..................................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F153A28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__________</w:t>
            </w:r>
          </w:p>
        </w:tc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C64EB7E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Père .........................................................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6AB2E3F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__________</w:t>
            </w:r>
          </w:p>
        </w:tc>
      </w:tr>
      <w:tr w:rsidR="004F704C" w:rsidRPr="007D2F0F" w14:paraId="5EF8B9EA" w14:textId="77777777">
        <w:trPr>
          <w:jc w:val="center"/>
        </w:trPr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D05BA7F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b/>
                <w:color w:val="D79A22"/>
                <w:sz w:val="18"/>
                <w:szCs w:val="18"/>
              </w:rPr>
              <w:t>3. FRAIS DIVERS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FD07DCA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C769E8D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DAD5DEA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F704C" w:rsidRPr="007D2F0F" w14:paraId="2C86FC53" w14:textId="77777777">
        <w:trPr>
          <w:jc w:val="center"/>
        </w:trPr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7013308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Alimentation ................................................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40F7865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__________</w:t>
            </w:r>
          </w:p>
        </w:tc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08AA743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23F96C0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F704C" w:rsidRPr="007D2F0F" w14:paraId="32733357" w14:textId="77777777">
        <w:trPr>
          <w:jc w:val="center"/>
        </w:trPr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18AB4F2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Abonnements transports ................................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14C9BFA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__________</w:t>
            </w:r>
          </w:p>
        </w:tc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308AD86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EF5B023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F704C" w:rsidRPr="007D2F0F" w14:paraId="604198C5" w14:textId="77777777">
        <w:trPr>
          <w:jc w:val="center"/>
        </w:trPr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8856E7F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Autres</w:t>
            </w:r>
            <w:proofErr w:type="spellEnd"/>
            <w:r w:rsidRPr="007D2F0F">
              <w:rPr>
                <w:rFonts w:asciiTheme="majorHAnsi" w:hAnsiTheme="majorHAnsi" w:cstheme="majorHAnsi"/>
                <w:sz w:val="18"/>
                <w:szCs w:val="18"/>
              </w:rPr>
              <w:t xml:space="preserve"> ..........................................................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1ECA21B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2F0F">
              <w:rPr>
                <w:rFonts w:asciiTheme="majorHAnsi" w:hAnsiTheme="majorHAnsi" w:cstheme="majorHAnsi"/>
                <w:sz w:val="18"/>
                <w:szCs w:val="18"/>
              </w:rPr>
              <w:t>__________</w:t>
            </w:r>
          </w:p>
        </w:tc>
        <w:tc>
          <w:tcPr>
            <w:tcW w:w="4025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E13A07A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2004AC8" w14:textId="77777777" w:rsidR="004F704C" w:rsidRPr="007D2F0F" w:rsidRDefault="004F704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F704C" w:rsidRPr="007D2F0F" w14:paraId="78C6CD71" w14:textId="77777777">
        <w:trPr>
          <w:jc w:val="center"/>
        </w:trPr>
        <w:tc>
          <w:tcPr>
            <w:tcW w:w="4025" w:type="dxa"/>
            <w:shd w:val="clear" w:color="auto" w:fill="FFF7E6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F8EADA9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7D2F0F">
              <w:rPr>
                <w:rFonts w:asciiTheme="majorHAnsi" w:hAnsiTheme="majorHAnsi" w:cstheme="majorHAnsi"/>
                <w:b/>
                <w:color w:val="0F2433"/>
                <w:sz w:val="18"/>
              </w:rPr>
              <w:t>TOTAL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FA9130C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7D2F0F">
              <w:rPr>
                <w:rFonts w:asciiTheme="majorHAnsi" w:hAnsiTheme="majorHAnsi" w:cstheme="majorHAnsi"/>
                <w:sz w:val="16"/>
              </w:rPr>
              <w:t>__________</w:t>
            </w:r>
          </w:p>
        </w:tc>
        <w:tc>
          <w:tcPr>
            <w:tcW w:w="4025" w:type="dxa"/>
            <w:shd w:val="clear" w:color="auto" w:fill="FFF7E6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44C875C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7D2F0F">
              <w:rPr>
                <w:rFonts w:asciiTheme="majorHAnsi" w:hAnsiTheme="majorHAnsi" w:cstheme="majorHAnsi"/>
                <w:b/>
                <w:color w:val="0F2433"/>
                <w:sz w:val="18"/>
              </w:rPr>
              <w:t>TOTAL</w:t>
            </w:r>
          </w:p>
        </w:tc>
        <w:tc>
          <w:tcPr>
            <w:tcW w:w="1134" w:type="dxa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6F1794A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7D2F0F">
              <w:rPr>
                <w:rFonts w:asciiTheme="majorHAnsi" w:hAnsiTheme="majorHAnsi" w:cstheme="majorHAnsi"/>
                <w:sz w:val="16"/>
              </w:rPr>
              <w:t>__________</w:t>
            </w:r>
          </w:p>
        </w:tc>
      </w:tr>
    </w:tbl>
    <w:p w14:paraId="7DC465C7" w14:textId="77777777" w:rsidR="004F704C" w:rsidRPr="007D2F0F" w:rsidRDefault="004F704C">
      <w:pPr>
        <w:spacing w:after="20"/>
        <w:rPr>
          <w:rFonts w:asciiTheme="majorHAnsi" w:hAnsiTheme="majorHAnsi" w:cstheme="majorHAnsi"/>
        </w:rPr>
      </w:pPr>
    </w:p>
    <w:tbl>
      <w:tblPr>
        <w:tblW w:w="10546" w:type="dxa"/>
        <w:jc w:val="center"/>
        <w:tblLayout w:type="fixed"/>
        <w:tblLook w:val="04A0" w:firstRow="1" w:lastRow="0" w:firstColumn="1" w:lastColumn="0" w:noHBand="0" w:noVBand="1"/>
      </w:tblPr>
      <w:tblGrid>
        <w:gridCol w:w="5273"/>
        <w:gridCol w:w="5273"/>
      </w:tblGrid>
      <w:tr w:rsidR="004F704C" w:rsidRPr="007D2F0F" w14:paraId="7965F460" w14:textId="77777777">
        <w:trPr>
          <w:jc w:val="center"/>
        </w:trPr>
        <w:tc>
          <w:tcPr>
            <w:tcW w:w="5273" w:type="dxa"/>
            <w:tcBorders>
              <w:top w:val="single" w:sz="6" w:space="0" w:color="0F2433"/>
              <w:left w:val="single" w:sz="6" w:space="0" w:color="0F2433"/>
              <w:bottom w:val="single" w:sz="6" w:space="0" w:color="0F2433"/>
              <w:right w:val="single" w:sz="6" w:space="0" w:color="0F2433"/>
            </w:tcBorders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72817BB3" w14:textId="77777777" w:rsidR="004F704C" w:rsidRPr="007D2F0F" w:rsidRDefault="00000000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D2F0F">
              <w:rPr>
                <w:rFonts w:asciiTheme="majorHAnsi" w:hAnsiTheme="majorHAnsi" w:cstheme="majorHAnsi"/>
                <w:b/>
                <w:color w:val="D79A22"/>
                <w:sz w:val="22"/>
              </w:rPr>
              <w:t>MONTANT DE LA BOURSE ALLOUÉE</w:t>
            </w:r>
          </w:p>
          <w:p w14:paraId="6C737E55" w14:textId="76D46F0A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7D2F0F">
              <w:rPr>
                <w:rFonts w:asciiTheme="majorHAnsi" w:hAnsiTheme="majorHAnsi" w:cstheme="majorHAnsi"/>
                <w:b/>
                <w:sz w:val="22"/>
              </w:rPr>
              <w:t>PAR L’ASSOCIATION DE GESTION</w:t>
            </w:r>
            <w:r w:rsidR="007D2F0F" w:rsidRPr="007D2F0F">
              <w:rPr>
                <w:rFonts w:asciiTheme="majorHAnsi" w:hAnsiTheme="majorHAnsi" w:cstheme="majorHAnsi"/>
                <w:b/>
                <w:sz w:val="22"/>
              </w:rPr>
              <w:t xml:space="preserve"> </w:t>
            </w:r>
            <w:r w:rsidRPr="007D2F0F">
              <w:rPr>
                <w:rFonts w:asciiTheme="majorHAnsi" w:hAnsiTheme="majorHAnsi" w:cstheme="majorHAnsi"/>
                <w:b/>
                <w:sz w:val="22"/>
              </w:rPr>
              <w:t>DU LEGS MARCILLY</w:t>
            </w:r>
          </w:p>
          <w:p w14:paraId="08A5758E" w14:textId="77777777" w:rsidR="007D2F0F" w:rsidRPr="007D2F0F" w:rsidRDefault="007D2F0F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  <w:p w14:paraId="25C269E8" w14:textId="77777777" w:rsidR="004F704C" w:rsidRPr="007D2F0F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7D2F0F">
              <w:rPr>
                <w:rFonts w:asciiTheme="majorHAnsi" w:hAnsiTheme="majorHAnsi" w:cstheme="majorHAnsi"/>
                <w:b/>
                <w:sz w:val="22"/>
              </w:rPr>
              <w:t>____________________________________  €</w:t>
            </w:r>
          </w:p>
        </w:tc>
        <w:tc>
          <w:tcPr>
            <w:tcW w:w="5273" w:type="dxa"/>
            <w:tcBorders>
              <w:top w:val="single" w:sz="6" w:space="0" w:color="0F2433"/>
              <w:left w:val="single" w:sz="6" w:space="0" w:color="0F2433"/>
              <w:bottom w:val="single" w:sz="6" w:space="0" w:color="0F2433"/>
              <w:right w:val="single" w:sz="6" w:space="0" w:color="0F2433"/>
            </w:tcBorders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2E65B9D5" w14:textId="77777777" w:rsidR="004F704C" w:rsidRPr="007D2F0F" w:rsidRDefault="00000000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D2F0F">
              <w:rPr>
                <w:rFonts w:asciiTheme="majorHAnsi" w:hAnsiTheme="majorHAnsi" w:cstheme="majorHAnsi"/>
                <w:b/>
                <w:color w:val="0F2433"/>
                <w:sz w:val="22"/>
              </w:rPr>
              <w:t>CADRE RÉSERVÉ À L’ADMINISTRATION</w:t>
            </w:r>
          </w:p>
          <w:p w14:paraId="0F96DDF9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7D2F0F">
              <w:rPr>
                <w:rFonts w:asciiTheme="majorHAnsi" w:hAnsiTheme="majorHAnsi" w:cstheme="majorHAnsi"/>
                <w:sz w:val="22"/>
              </w:rPr>
              <w:t>Examiné le ............................................................</w:t>
            </w:r>
          </w:p>
          <w:p w14:paraId="29CE58C6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7D2F0F">
              <w:rPr>
                <w:rFonts w:asciiTheme="majorHAnsi" w:hAnsiTheme="majorHAnsi" w:cstheme="majorHAnsi"/>
                <w:sz w:val="22"/>
              </w:rPr>
              <w:t>Avis de la commission .............................................</w:t>
            </w:r>
          </w:p>
          <w:p w14:paraId="6C306A0F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7D2F0F">
              <w:rPr>
                <w:rFonts w:asciiTheme="majorHAnsi" w:hAnsiTheme="majorHAnsi" w:cstheme="majorHAnsi"/>
                <w:sz w:val="22"/>
              </w:rPr>
              <w:t>Montant retenu .....................................................</w:t>
            </w:r>
          </w:p>
          <w:p w14:paraId="1861C241" w14:textId="77777777" w:rsidR="004F704C" w:rsidRPr="007D2F0F" w:rsidRDefault="00000000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7D2F0F">
              <w:rPr>
                <w:rFonts w:asciiTheme="majorHAnsi" w:hAnsiTheme="majorHAnsi" w:cstheme="majorHAnsi"/>
                <w:sz w:val="22"/>
              </w:rPr>
              <w:t>Décision notifiée le ..............................................</w:t>
            </w:r>
          </w:p>
        </w:tc>
      </w:tr>
    </w:tbl>
    <w:p w14:paraId="575D12FD" w14:textId="77777777" w:rsidR="004F704C" w:rsidRPr="007D2F0F" w:rsidRDefault="004F704C">
      <w:pPr>
        <w:spacing w:after="20"/>
        <w:rPr>
          <w:rFonts w:asciiTheme="majorHAnsi" w:hAnsiTheme="majorHAnsi" w:cstheme="majorHAnsi"/>
        </w:rPr>
      </w:pPr>
    </w:p>
    <w:tbl>
      <w:tblPr>
        <w:tblW w:w="10546" w:type="dxa"/>
        <w:jc w:val="center"/>
        <w:tblLayout w:type="fixed"/>
        <w:tblLook w:val="04A0" w:firstRow="1" w:lastRow="0" w:firstColumn="1" w:lastColumn="0" w:noHBand="0" w:noVBand="1"/>
      </w:tblPr>
      <w:tblGrid>
        <w:gridCol w:w="3289"/>
        <w:gridCol w:w="3515"/>
        <w:gridCol w:w="3742"/>
      </w:tblGrid>
      <w:tr w:rsidR="004F704C" w:rsidRPr="007D2F0F" w14:paraId="521E861A" w14:textId="77777777">
        <w:trPr>
          <w:jc w:val="center"/>
        </w:trPr>
        <w:tc>
          <w:tcPr>
            <w:tcW w:w="3288" w:type="dxa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8AE6787" w14:textId="77777777" w:rsidR="004F704C" w:rsidRPr="007D2F0F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7D2F0F">
              <w:rPr>
                <w:rFonts w:asciiTheme="majorHAnsi" w:hAnsiTheme="majorHAnsi" w:cstheme="majorHAnsi"/>
                <w:sz w:val="22"/>
              </w:rPr>
              <w:t>Fait à ...............................................</w:t>
            </w:r>
            <w:r w:rsidRPr="007D2F0F">
              <w:rPr>
                <w:rFonts w:asciiTheme="majorHAnsi" w:hAnsiTheme="majorHAnsi" w:cstheme="majorHAnsi"/>
                <w:sz w:val="22"/>
              </w:rPr>
              <w:br/>
            </w:r>
            <w:r w:rsidRPr="007D2F0F">
              <w:rPr>
                <w:rFonts w:asciiTheme="majorHAnsi" w:hAnsiTheme="majorHAnsi" w:cstheme="majorHAnsi"/>
                <w:sz w:val="22"/>
              </w:rPr>
              <w:br/>
              <w:t>le ....................................................</w:t>
            </w:r>
          </w:p>
        </w:tc>
        <w:tc>
          <w:tcPr>
            <w:tcW w:w="3515" w:type="dxa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5C663EF" w14:textId="77777777" w:rsidR="004F704C" w:rsidRPr="007D2F0F" w:rsidRDefault="00000000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D2F0F">
              <w:rPr>
                <w:rFonts w:asciiTheme="majorHAnsi" w:hAnsiTheme="majorHAnsi" w:cstheme="majorHAnsi"/>
                <w:sz w:val="22"/>
              </w:rPr>
              <w:t>Signature du candidat boursier</w:t>
            </w:r>
            <w:r w:rsidRPr="007D2F0F">
              <w:rPr>
                <w:rFonts w:asciiTheme="majorHAnsi" w:hAnsiTheme="majorHAnsi" w:cstheme="majorHAnsi"/>
                <w:sz w:val="22"/>
              </w:rPr>
              <w:br/>
            </w:r>
            <w:r w:rsidRPr="007D2F0F">
              <w:rPr>
                <w:rFonts w:asciiTheme="majorHAnsi" w:hAnsiTheme="majorHAnsi" w:cstheme="majorHAnsi"/>
                <w:sz w:val="22"/>
              </w:rPr>
              <w:br/>
            </w:r>
            <w:r w:rsidRPr="007D2F0F">
              <w:rPr>
                <w:rFonts w:asciiTheme="majorHAnsi" w:hAnsiTheme="majorHAnsi" w:cstheme="majorHAnsi"/>
                <w:sz w:val="22"/>
              </w:rPr>
              <w:br/>
            </w:r>
          </w:p>
        </w:tc>
        <w:tc>
          <w:tcPr>
            <w:tcW w:w="3742" w:type="dxa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6F4A303" w14:textId="77777777" w:rsidR="004F704C" w:rsidRPr="007D2F0F" w:rsidRDefault="00000000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D2F0F">
              <w:rPr>
                <w:rFonts w:asciiTheme="majorHAnsi" w:hAnsiTheme="majorHAnsi" w:cstheme="majorHAnsi"/>
                <w:sz w:val="22"/>
              </w:rPr>
              <w:t>La Présidente de l’Association</w:t>
            </w:r>
            <w:r w:rsidRPr="007D2F0F">
              <w:rPr>
                <w:rFonts w:asciiTheme="majorHAnsi" w:hAnsiTheme="majorHAnsi" w:cstheme="majorHAnsi"/>
                <w:sz w:val="22"/>
              </w:rPr>
              <w:br/>
              <w:t>de Gestion du Legs Marcilly</w:t>
            </w:r>
            <w:r w:rsidRPr="007D2F0F">
              <w:rPr>
                <w:rFonts w:asciiTheme="majorHAnsi" w:hAnsiTheme="majorHAnsi" w:cstheme="majorHAnsi"/>
                <w:sz w:val="22"/>
              </w:rPr>
              <w:br/>
            </w:r>
            <w:r w:rsidRPr="007D2F0F">
              <w:rPr>
                <w:rFonts w:asciiTheme="majorHAnsi" w:hAnsiTheme="majorHAnsi" w:cstheme="majorHAnsi"/>
                <w:sz w:val="22"/>
              </w:rPr>
              <w:br/>
            </w:r>
          </w:p>
        </w:tc>
      </w:tr>
    </w:tbl>
    <w:p w14:paraId="780B6F61" w14:textId="77777777" w:rsidR="00E952ED" w:rsidRPr="007D2F0F" w:rsidRDefault="00E952ED">
      <w:pPr>
        <w:rPr>
          <w:rFonts w:asciiTheme="majorHAnsi" w:hAnsiTheme="majorHAnsi" w:cstheme="majorHAnsi"/>
        </w:rPr>
      </w:pPr>
    </w:p>
    <w:sectPr w:rsidR="00E952ED" w:rsidRPr="007D2F0F" w:rsidSect="00034616">
      <w:footerReference w:type="default" r:id="rId9"/>
      <w:pgSz w:w="11906" w:h="16838"/>
      <w:pgMar w:top="283" w:right="567" w:bottom="652" w:left="567" w:header="113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99589" w14:textId="77777777" w:rsidR="00E952ED" w:rsidRDefault="00E952ED">
      <w:pPr>
        <w:spacing w:after="0" w:line="240" w:lineRule="auto"/>
      </w:pPr>
      <w:r>
        <w:separator/>
      </w:r>
    </w:p>
  </w:endnote>
  <w:endnote w:type="continuationSeparator" w:id="0">
    <w:p w14:paraId="4BFB3AA0" w14:textId="77777777" w:rsidR="00E952ED" w:rsidRDefault="00E95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40FEF" w14:textId="77777777" w:rsidR="004F704C" w:rsidRDefault="004F704C">
    <w:pPr>
      <w:pStyle w:val="Pieddepage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10488"/>
    </w:tblGrid>
    <w:tr w:rsidR="004F704C" w14:paraId="5AE55907" w14:textId="77777777">
      <w:trPr>
        <w:jc w:val="center"/>
      </w:trPr>
      <w:tc>
        <w:tcPr>
          <w:tcW w:w="10488" w:type="dxa"/>
          <w:tcBorders>
            <w:top w:val="single" w:sz="12" w:space="0" w:color="D79A22"/>
            <w:left w:val="nil"/>
            <w:bottom w:val="nil"/>
            <w:right w:val="nil"/>
          </w:tcBorders>
          <w:shd w:val="clear" w:color="auto" w:fill="0F2433"/>
          <w:tcMar>
            <w:top w:w="70" w:type="dxa"/>
            <w:left w:w="60" w:type="dxa"/>
            <w:bottom w:w="70" w:type="dxa"/>
            <w:right w:w="60" w:type="dxa"/>
          </w:tcMar>
        </w:tcPr>
        <w:p w14:paraId="27A40876" w14:textId="4B00F133" w:rsidR="004F704C" w:rsidRPr="007B6042" w:rsidRDefault="007B6042">
          <w:pPr>
            <w:jc w:val="center"/>
            <w:rPr>
              <w:b/>
              <w:bCs/>
            </w:rPr>
          </w:pPr>
          <w:proofErr w:type="spellStart"/>
          <w:r w:rsidRPr="007B6042">
            <w:rPr>
              <w:b/>
              <w:bCs/>
              <w:color w:val="F5C75B"/>
              <w:sz w:val="17"/>
            </w:rPr>
            <w:t>Mairie</w:t>
          </w:r>
          <w:proofErr w:type="spellEnd"/>
          <w:r w:rsidRPr="007B6042">
            <w:rPr>
              <w:b/>
              <w:bCs/>
              <w:color w:val="F5C75B"/>
              <w:sz w:val="17"/>
            </w:rPr>
            <w:t xml:space="preserve"> - </w:t>
          </w:r>
          <w:r w:rsidR="00000000" w:rsidRPr="007B6042">
            <w:rPr>
              <w:b/>
              <w:bCs/>
              <w:color w:val="F5C75B"/>
              <w:sz w:val="17"/>
            </w:rPr>
            <w:t>2 place Jean-Paul Thibault - 36320 Villedieu-sur-Indre - accueil@villedieu-sur-indre.fr - 02 54 26 50 27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15B07" w14:textId="77777777" w:rsidR="00E952ED" w:rsidRDefault="00E952ED">
      <w:pPr>
        <w:spacing w:after="0" w:line="240" w:lineRule="auto"/>
      </w:pPr>
      <w:r>
        <w:separator/>
      </w:r>
    </w:p>
  </w:footnote>
  <w:footnote w:type="continuationSeparator" w:id="0">
    <w:p w14:paraId="2F043EBE" w14:textId="77777777" w:rsidR="00E952ED" w:rsidRDefault="00E95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9832522">
    <w:abstractNumId w:val="8"/>
  </w:num>
  <w:num w:numId="2" w16cid:durableId="1165702099">
    <w:abstractNumId w:val="6"/>
  </w:num>
  <w:num w:numId="3" w16cid:durableId="1059091176">
    <w:abstractNumId w:val="5"/>
  </w:num>
  <w:num w:numId="4" w16cid:durableId="754013337">
    <w:abstractNumId w:val="4"/>
  </w:num>
  <w:num w:numId="5" w16cid:durableId="1285844765">
    <w:abstractNumId w:val="7"/>
  </w:num>
  <w:num w:numId="6" w16cid:durableId="290984083">
    <w:abstractNumId w:val="3"/>
  </w:num>
  <w:num w:numId="7" w16cid:durableId="1530023819">
    <w:abstractNumId w:val="2"/>
  </w:num>
  <w:num w:numId="8" w16cid:durableId="678049186">
    <w:abstractNumId w:val="1"/>
  </w:num>
  <w:num w:numId="9" w16cid:durableId="94584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F704C"/>
    <w:rsid w:val="00551647"/>
    <w:rsid w:val="007B6042"/>
    <w:rsid w:val="007D2F0F"/>
    <w:rsid w:val="00AA1D8D"/>
    <w:rsid w:val="00B47730"/>
    <w:rsid w:val="00CB0664"/>
    <w:rsid w:val="00E952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944CDD"/>
  <w14:defaultImageDpi w14:val="300"/>
  <w15:docId w15:val="{4F693920-3F10-4F76-8584-CC7103BB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Liberation Serif" w:hAnsi="Liberation Serif"/>
      <w:color w:val="1C2733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Xavier ELBAZ</cp:lastModifiedBy>
  <cp:revision>3</cp:revision>
  <dcterms:created xsi:type="dcterms:W3CDTF">2026-07-08T10:02:00Z</dcterms:created>
  <dcterms:modified xsi:type="dcterms:W3CDTF">2026-07-08T10:03:00Z</dcterms:modified>
  <cp:category/>
</cp:coreProperties>
</file>